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PRÓRROGA DE CONTRATO DE ARRENDAMIENTO CON SUBIDA DE PRECIO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Arrendador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 / CIF : 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Arrendatario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 / CIF : 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Contrato de Arrendamiento Original :</w:t>
      </w:r>
    </w:p>
    <w:p>
      <w:r>
        <w:rPr>
          <w:b w:val="0"/>
          <w:sz w:val="20"/>
        </w:rPr>
        <w:t>Fecha de celebración : ________________________________________________</w:t>
      </w:r>
    </w:p>
    <w:p>
      <w:r>
        <w:rPr>
          <w:b w:val="0"/>
          <w:sz w:val="20"/>
        </w:rPr>
        <w:t>Duración pactada : ____________________________________________________</w:t>
      </w:r>
    </w:p>
    <w:p>
      <w:r>
        <w:rPr>
          <w:b w:val="0"/>
          <w:sz w:val="20"/>
        </w:rPr>
        <w:t>Descripción del inmueble arrendado : 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/>
    <w:p>
      <w:pPr>
        <w:jc w:val="center"/>
      </w:pPr>
      <w:r>
        <w:rPr>
          <w:b/>
          <w:sz w:val="20"/>
        </w:rPr>
        <w:t>EXPONEN</w:t>
      </w:r>
    </w:p>
    <w:p/>
    <w:p>
      <w:r>
        <w:rPr>
          <w:b w:val="0"/>
          <w:sz w:val="20"/>
        </w:rPr>
        <w:t>Primero. Que ambas partes son las legítimas arrendadora y arrendataria del contrato de arrendamiento referido anteriormente, que se encuentra en vigor y que ambas partes desean prorrogar en los términos que a continuación se establecen.</w:t>
      </w:r>
    </w:p>
    <w:p/>
    <w:p>
      <w:r>
        <w:rPr>
          <w:b w:val="0"/>
          <w:sz w:val="20"/>
        </w:rPr>
        <w:t>Segundo. Que de conformidad con la legislación vigente y el pacto expreso de prórroga en el contrato original, las partes acuerdan la extensión de la duración y la actualización del precio.</w:t>
      </w:r>
    </w:p>
    <w:p/>
    <w:p>
      <w:pPr>
        <w:jc w:val="center"/>
      </w:pPr>
      <w:r>
        <w:rPr>
          <w:b/>
          <w:sz w:val="20"/>
        </w:rPr>
        <w:t>ACUERDAN</w:t>
      </w:r>
    </w:p>
    <w:p/>
    <w:p>
      <w:r>
        <w:rPr>
          <w:b w:val="0"/>
          <w:sz w:val="20"/>
        </w:rPr>
        <w:t>Primero. Prórroga del contrato.</w:t>
      </w:r>
    </w:p>
    <w:p>
      <w:r>
        <w:rPr>
          <w:b w:val="0"/>
          <w:sz w:val="20"/>
        </w:rPr>
        <w:t>Las partes acuerdan prorrogar el contrato de arrendamiento referido en la exposición por un plazo de _______________ a contar desde la fecha de finalización inicialmente pactada.</w:t>
      </w:r>
    </w:p>
    <w:p/>
    <w:p>
      <w:r>
        <w:rPr>
          <w:b w:val="0"/>
          <w:sz w:val="20"/>
        </w:rPr>
        <w:t>Segundo. Actualización de la renta.</w:t>
      </w:r>
    </w:p>
    <w:p>
      <w:r>
        <w:rPr>
          <w:b w:val="0"/>
          <w:sz w:val="20"/>
        </w:rPr>
        <w:t>La renta mensual se actualizará a la cantidad de _______________ euros (€ ________) a partir de la fecha de inicio de la prórroga.</w:t>
      </w:r>
    </w:p>
    <w:p/>
    <w:p>
      <w:r>
        <w:rPr>
          <w:b w:val="0"/>
          <w:sz w:val="20"/>
        </w:rPr>
        <w:t>Tercero. Mantenimiento de las demás cláusulas.</w:t>
      </w:r>
    </w:p>
    <w:p>
      <w:r>
        <w:rPr>
          <w:b w:val="0"/>
          <w:sz w:val="20"/>
        </w:rPr>
        <w:t>Todas las demás cláusulas del contrato de arrendamiento original permanecerán vigentes y sin modificaciones, salvo las expresamente alteradas en este documento.</w:t>
      </w:r>
    </w:p>
    <w:p/>
    <w:p>
      <w:r>
        <w:rPr>
          <w:b w:val="0"/>
          <w:sz w:val="20"/>
        </w:rPr>
        <w:t>Cuarto. Gastos y suministros.</w:t>
      </w:r>
    </w:p>
    <w:p>
      <w:r>
        <w:rPr>
          <w:b w:val="0"/>
          <w:sz w:val="20"/>
        </w:rPr>
        <w:t>Los gastos y suministros seguirán siendo asumidos por las partes conforme a lo pactado en el contrato original.</w:t>
      </w:r>
    </w:p>
    <w:p/>
    <w:p>
      <w:r>
        <w:rPr>
          <w:b w:val="0"/>
          <w:sz w:val="20"/>
        </w:rPr>
        <w:t>Quinto. Domicilios para notificaciones.</w:t>
      </w:r>
    </w:p>
    <w:p>
      <w:r>
        <w:rPr>
          <w:b w:val="0"/>
          <w:sz w:val="20"/>
        </w:rPr>
        <w:t>Para cuantas notificaciones o comunicaciones sean necesarias, las partes señalan los domicilios indicados al inicio de este documento.</w:t>
      </w:r>
    </w:p>
    <w:p/>
    <w:p>
      <w:r>
        <w:rPr>
          <w:b w:val="0"/>
          <w:sz w:val="20"/>
        </w:rPr>
        <w:t>Y en prueba de conformidad, firman el presente documento, por duplicado y a un solo efecto, en el lugar y fecha indicados en la cabecera.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https://lex-inmobiliario.com/modelo-prorroga-contrato-alquiler-con-subida-de-precio/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prorroga-contrato-alquiler-con-subida-de-precio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