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RESCISIÓN DE CONTRATO DE EXCLUSIVIDAD INMOBILIARIA</w:t>
      </w:r>
    </w:p>
    <w:p/>
    <w:p>
      <w:r>
        <w:rPr>
          <w:b/>
          <w:sz w:val="20"/>
        </w:rPr>
        <w:t>REUNIDOS:</w:t>
      </w:r>
    </w:p>
    <w:p>
      <w:r>
        <w:rPr>
          <w:b w:val="0"/>
          <w:sz w:val="20"/>
        </w:rPr>
        <w:t>De una parte, D./Dña. ________________________________, mayor de edad, con DNI nº __________________, y domicilio en ________________________________________________ (en adelante, el 'Cliente').</w:t>
      </w:r>
    </w:p>
    <w:p/>
    <w:p>
      <w:r>
        <w:rPr>
          <w:b w:val="0"/>
          <w:sz w:val="20"/>
        </w:rPr>
        <w:t>De otra parte, D./Dña. ________________________________, mayor de edad, con DNI nº __________________, y domicilio en ________________________________________________ (en adelante, el 'Agente Inmobiliario').</w:t>
      </w:r>
    </w:p>
    <w:p/>
    <w:p>
      <w:r>
        <w:rPr>
          <w:b/>
          <w:sz w:val="20"/>
        </w:rPr>
        <w:t>EXPONEN:</w:t>
      </w:r>
    </w:p>
    <w:p>
      <w:r>
        <w:rPr>
          <w:b w:val="0"/>
          <w:sz w:val="20"/>
        </w:rPr>
        <w:t>I. Que con fecha __________ se firmó entre las partes un Contrato de Exclusividad Inmobiliaria, por el cual el Cliente otorgó al Agente Inmobiliario la exclusiva para la comercialización del inmueble ubicado en ______________________________________________________.</w:t>
      </w:r>
    </w:p>
    <w:p>
      <w:r>
        <w:rPr>
          <w:b w:val="0"/>
          <w:sz w:val="20"/>
        </w:rPr>
        <w:t>II. Que ambas partes, de mutuo acuerdo y en pleno ejercicio de sus derechos, desean rescindir el referido contrato de forma anticipada y voluntaria.</w:t>
      </w:r>
    </w:p>
    <w:p/>
    <w:p>
      <w:r>
        <w:rPr>
          <w:b/>
          <w:sz w:val="20"/>
        </w:rPr>
        <w:t>CLÁUSULAS</w:t>
      </w:r>
    </w:p>
    <w:p/>
    <w:p>
      <w:r>
        <w:rPr>
          <w:b/>
          <w:sz w:val="20"/>
        </w:rPr>
        <w:t>Primera. Objeto de la rescisión</w:t>
      </w:r>
    </w:p>
    <w:p>
      <w:r>
        <w:rPr>
          <w:b w:val="0"/>
          <w:sz w:val="20"/>
        </w:rPr>
        <w:t>Ambas partes acuerdan la rescisión del Contrato de Exclusividad Inmobiliaria firmado con fecha __________, extinguiendo todas las obligaciones y derechos derivados del mismo a partir de la fecha de firma del presente documento.</w:t>
      </w:r>
    </w:p>
    <w:p/>
    <w:p>
      <w:r>
        <w:rPr>
          <w:b/>
          <w:sz w:val="20"/>
        </w:rPr>
        <w:t>Segunda. Efectos de la rescisión</w:t>
      </w:r>
    </w:p>
    <w:p>
      <w:r>
        <w:rPr>
          <w:b w:val="0"/>
          <w:sz w:val="20"/>
        </w:rPr>
        <w:t>Con la firma de este documento, el Cliente queda libre para comercializar el inmueble por cualquier otro medio o agente inmobiliario, y el Agente Inmobiliario renuncia expresamente a cualquier reclamación o derecho que pudiera derivarse del contrato rescindido.</w:t>
      </w:r>
    </w:p>
    <w:p/>
    <w:p>
      <w:r>
        <w:rPr>
          <w:b/>
          <w:sz w:val="20"/>
        </w:rPr>
        <w:t>Tercera. Liquidación y pagos</w:t>
      </w:r>
    </w:p>
    <w:p>
      <w:r>
        <w:rPr>
          <w:b w:val="0"/>
          <w:sz w:val="20"/>
        </w:rPr>
        <w:t>Las partes declaran que no existen saldos pendientes ni deudas derivadas del contrato rescindido. En caso contrario, deberán proceder a su resolución de conformidad con la legislación vigente.</w:t>
      </w:r>
    </w:p>
    <w:p/>
    <w:p>
      <w:r>
        <w:rPr>
          <w:b/>
          <w:sz w:val="20"/>
        </w:rPr>
        <w:t>Cuarta. Confidencialidad</w:t>
      </w:r>
    </w:p>
    <w:p>
      <w:r>
        <w:rPr>
          <w:b w:val="0"/>
          <w:sz w:val="20"/>
        </w:rPr>
        <w:t>Ambas partes se obligan a mantener la confidencialidad sobre las condiciones y términos de este acuerdo, salvo obligación legal en contrario.</w:t>
      </w:r>
    </w:p>
    <w:p/>
    <w:p>
      <w:r>
        <w:rPr>
          <w:b/>
          <w:sz w:val="20"/>
        </w:rPr>
        <w:t>Quinta. Legislación y jurisdicción</w:t>
      </w:r>
    </w:p>
    <w:p>
      <w:r>
        <w:rPr>
          <w:b w:val="0"/>
          <w:sz w:val="20"/>
        </w:rPr>
        <w:t>Este acuerdo se regirá e interpretará conforme a la legislación española. Para cualquier controversia que pudiera derivarse del presente documento, las partes se someten a los Juzgados y Tribunales del lugar del domicilio del Cliente.</w:t>
      </w:r>
    </w:p>
    <w:p/>
    <w:p/>
    <w:p>
      <w:r>
        <w:rPr>
          <w:b w:val="0"/>
          <w:sz w:val="20"/>
        </w:rPr>
        <w:t>En señal de conformidad, firman el presente documento en _________________________, a ____ de __________________ de ____.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CLIENTE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EL AGENTE INMOBILIARIO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https://lex-inmobiliario.com/modelo-de-rescision-de-un-contrato-de-exclusividad-inmobiliaria/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https://lex-inmobiliario.com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lex-inmobiliario.com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inmobiliario.com/modelo-de-rescision-de-un-contrato-de-exclusividad-inmobiliaria/" TargetMode="External"/><Relationship Id="rId10" Type="http://schemas.openxmlformats.org/officeDocument/2006/relationships/hyperlink" Target="https://lex-inmobiliar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