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ARRENDAMIENTO DE VIVIENDA A NOMBRE DE DOS PERSONAS</w:t>
      </w:r>
    </w:p>
    <w:p/>
    <w:p>
      <w:r>
        <w:rPr>
          <w:b/>
          <w:sz w:val="20"/>
        </w:rPr>
        <w:t>ARRENDADOR :</w:t>
      </w:r>
    </w:p>
    <w:p>
      <w:r>
        <w:rPr>
          <w:b w:val="0"/>
          <w:sz w:val="20"/>
        </w:rPr>
        <w:t>Nombre y Apellidos : ______________________________________________________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_________________________________________________________________</w:t>
      </w:r>
    </w:p>
    <w:p/>
    <w:p>
      <w:r>
        <w:rPr>
          <w:b/>
          <w:sz w:val="20"/>
        </w:rPr>
        <w:t>ARRENDATARIOS :</w:t>
      </w:r>
    </w:p>
    <w:p>
      <w:r>
        <w:rPr>
          <w:b w:val="0"/>
          <w:sz w:val="20"/>
        </w:rPr>
        <w:t>Nombre y Apellidos (1) : __________________________________________________</w:t>
      </w:r>
    </w:p>
    <w:p>
      <w:r>
        <w:rPr>
          <w:b w:val="0"/>
          <w:sz w:val="20"/>
        </w:rPr>
        <w:t>DNI/NIE (1) : _______________________________________________________________</w:t>
      </w:r>
    </w:p>
    <w:p>
      <w:r>
        <w:rPr>
          <w:b w:val="0"/>
          <w:sz w:val="20"/>
        </w:rPr>
        <w:t>Nombre y Apellidos (2) : __________________________________________________</w:t>
      </w:r>
    </w:p>
    <w:p>
      <w:r>
        <w:rPr>
          <w:b w:val="0"/>
          <w:sz w:val="20"/>
        </w:rPr>
        <w:t>DNI/NIE (2) : _______________________________________________________________</w:t>
      </w:r>
    </w:p>
    <w:p>
      <w:r>
        <w:rPr>
          <w:b w:val="0"/>
          <w:sz w:val="20"/>
        </w:rPr>
        <w:t>Domicilio habitual de los arrendatarios : ____________________________________</w:t>
      </w:r>
    </w:p>
    <w:p>
      <w:r>
        <w:rPr>
          <w:b w:val="0"/>
          <w:sz w:val="20"/>
        </w:rPr>
        <w:t>Teléfono : _________________________________________________________________</w:t>
      </w:r>
    </w:p>
    <w:p/>
    <w:p>
      <w:r>
        <w:rPr>
          <w:b/>
          <w:sz w:val="20"/>
        </w:rPr>
        <w:t>OBJETO DEL CONTRATO :</w:t>
      </w:r>
    </w:p>
    <w:p>
      <w:r>
        <w:rPr>
          <w:b w:val="0"/>
          <w:sz w:val="20"/>
        </w:rPr>
        <w:t xml:space="preserve">El arrendador da en arrendamiento a los arrendatarios, quienes aceptan, la vivienda ubicada en : </w:t>
      </w:r>
    </w:p>
    <w:p>
      <w:r>
        <w:rPr>
          <w:b w:val="0"/>
          <w:sz w:val="20"/>
        </w:rPr>
        <w:t>Dirección : _________________________________________________________________</w:t>
      </w:r>
    </w:p>
    <w:p>
      <w:r>
        <w:rPr>
          <w:b w:val="0"/>
          <w:sz w:val="20"/>
        </w:rPr>
        <w:t>Descripción : _______________________________________________________________</w:t>
      </w:r>
    </w:p>
    <w:p>
      <w:r>
        <w:rPr>
          <w:b w:val="0"/>
          <w:sz w:val="20"/>
        </w:rPr>
        <w:t>Superficie aproximada : ___________________ metros cuadrados</w:t>
      </w:r>
    </w:p>
    <w:p>
      <w:r>
        <w:rPr>
          <w:b w:val="0"/>
          <w:sz w:val="20"/>
        </w:rPr>
        <w:t>Anexos y mobiliario incluidos : _____________________________________________</w:t>
      </w:r>
    </w:p>
    <w:p/>
    <w:p>
      <w:r>
        <w:rPr>
          <w:b/>
          <w:sz w:val="20"/>
        </w:rPr>
        <w:t>DURACIÓN DEL CONTRATO :</w:t>
      </w:r>
    </w:p>
    <w:p>
      <w:r>
        <w:rPr>
          <w:b w:val="0"/>
          <w:sz w:val="20"/>
        </w:rPr>
        <w:t>El presente contrato de arrendamiento tendrá una duración inicial de ______ años, comenzando el día de la firma del presente documento.</w:t>
      </w:r>
    </w:p>
    <w:p>
      <w:r>
        <w:rPr>
          <w:b w:val="0"/>
          <w:sz w:val="20"/>
        </w:rPr>
        <w:t>Transcurrido dicho plazo, y salvo denuncia expresa de cualquiera de las partes con un preaviso mínimo de 30 días, el contrato se prorrogará automáticamente por plazos anuales hasta un máximo de cinco años adicionales.</w:t>
      </w:r>
    </w:p>
    <w:p/>
    <w:p>
      <w:r>
        <w:rPr>
          <w:b/>
          <w:sz w:val="20"/>
        </w:rPr>
        <w:t>RENTA :</w:t>
      </w:r>
    </w:p>
    <w:p>
      <w:r>
        <w:rPr>
          <w:b w:val="0"/>
          <w:sz w:val="20"/>
        </w:rPr>
        <w:t>La renta mensual será de _________________ euros (€), que los arrendatarios se obligan a abonar por meses anticipados, dentro de los cinco primeros días de cada mes, mediante transferencia bancaria a la cuenta que el arrendador indique.</w:t>
      </w:r>
    </w:p>
    <w:p>
      <w:r>
        <w:rPr>
          <w:b w:val="0"/>
          <w:sz w:val="20"/>
        </w:rPr>
        <w:t>El importe de la fianza entregada asciende a _________________ euros (€), equivalente a una mensualidad de renta, que será devuelta al finalizar el contrato conforme a la legalidad vigente.</w:t>
      </w:r>
    </w:p>
    <w:p/>
    <w:p>
      <w:r>
        <w:rPr>
          <w:b/>
          <w:sz w:val="20"/>
        </w:rPr>
        <w:t>CONSERVACIÓN Y REPARACIONES :</w:t>
      </w:r>
    </w:p>
    <w:p>
      <w:r>
        <w:rPr>
          <w:b w:val="0"/>
          <w:sz w:val="20"/>
        </w:rPr>
        <w:t>Los arrendatarios se comprometen a mantener la vivienda en buen estado y a comunicar al arrendador cualquier desperfecto o necesidad de reparación.</w:t>
      </w:r>
    </w:p>
    <w:p>
      <w:r>
        <w:rPr>
          <w:b w:val="0"/>
          <w:sz w:val="20"/>
        </w:rPr>
        <w:t>Las reparaciones necesarias por el desgaste derivado del uso ordinario correrán a cargo del arrendador, mientras que las reparaciones por daños imputables a los arrendatarios serán por cuenta de éstos.</w:t>
      </w:r>
    </w:p>
    <w:p/>
    <w:p>
      <w:r>
        <w:rPr>
          <w:b/>
          <w:sz w:val="20"/>
        </w:rPr>
        <w:t>USO DE LA VIVIENDA :</w:t>
      </w:r>
    </w:p>
    <w:p>
      <w:r>
        <w:rPr>
          <w:b w:val="0"/>
          <w:sz w:val="20"/>
        </w:rPr>
        <w:t>La vivienda se destinará exclusivamente a uso de residencia habitual y permanente de los arrendatarios, quedando prohibido el subarriendo total o parcial sin autorización expresa y por escrito del arrendador.</w:t>
      </w:r>
    </w:p>
    <w:p/>
    <w:p>
      <w:r>
        <w:rPr>
          <w:b/>
          <w:sz w:val="20"/>
        </w:rPr>
        <w:t>OBLIGACIONES DEL ARRENDADOR :</w:t>
      </w:r>
    </w:p>
    <w:p>
      <w:r>
        <w:rPr>
          <w:b w:val="0"/>
          <w:sz w:val="20"/>
        </w:rPr>
        <w:t>- Entregar la vivienda en condiciones de habitabilidad.</w:t>
      </w:r>
    </w:p>
    <w:p>
      <w:r>
        <w:rPr>
          <w:b w:val="0"/>
          <w:sz w:val="20"/>
        </w:rPr>
        <w:t>- Realizar las reparaciones necesarias para conservar la vivienda en condiciones de habitabilidad.</w:t>
      </w:r>
    </w:p>
    <w:p>
      <w:r>
        <w:rPr>
          <w:b w:val="0"/>
          <w:sz w:val="20"/>
        </w:rPr>
      </w:r>
    </w:p>
    <w:p>
      <w:r>
        <w:rPr>
          <w:b/>
          <w:sz w:val="20"/>
        </w:rPr>
        <w:t>OBLIGACIONES DE LOS ARRENDATARIOS :</w:t>
      </w:r>
    </w:p>
    <w:p>
      <w:r>
        <w:rPr>
          <w:b w:val="0"/>
          <w:sz w:val="20"/>
        </w:rPr>
        <w:t>- Pagar puntualmente la renta y demás cantidades pactadas.</w:t>
      </w:r>
    </w:p>
    <w:p>
      <w:r>
        <w:rPr>
          <w:b w:val="0"/>
          <w:sz w:val="20"/>
        </w:rPr>
        <w:t>- Utilizar la vivienda conforme a su naturaleza y destino.</w:t>
      </w:r>
    </w:p>
    <w:p>
      <w:r>
        <w:rPr>
          <w:b w:val="0"/>
          <w:sz w:val="20"/>
        </w:rPr>
        <w:t>- No efectuar obras sin consentimiento previo y por escrito del arrendador.</w:t>
      </w:r>
    </w:p>
    <w:p>
      <w:r>
        <w:rPr>
          <w:b w:val="0"/>
          <w:sz w:val="20"/>
        </w:rPr>
        <w:t>- Permitir la inspección razonable de la vivienda por parte del arrendador.</w:t>
      </w:r>
    </w:p>
    <w:p/>
    <w:p>
      <w:r>
        <w:rPr>
          <w:b/>
          <w:sz w:val="20"/>
        </w:rPr>
        <w:t>RESOLUCIÓN DEL CONTRATO :</w:t>
      </w:r>
    </w:p>
    <w:p>
      <w:r>
        <w:rPr>
          <w:b w:val="0"/>
          <w:sz w:val="20"/>
        </w:rPr>
        <w:t>El contrato podrá resolverse por incumplimiento de cualquiera de las partes de las obligaciones aquí pactadas, conforme a lo dispuesto en la Ley de Arrendamientos Urbanos y demás legislación aplicable.</w:t>
      </w:r>
    </w:p>
    <w:p>
      <w:r>
        <w:rPr>
          <w:b w:val="0"/>
          <w:sz w:val="20"/>
        </w:rPr>
        <w:t>Los arrendatarios podrán desistir del contrato una vez transcurrido un año, notificándolo al arrendador con al menos 30 días de antelación.</w:t>
      </w:r>
    </w:p>
    <w:p/>
    <w:p>
      <w:r>
        <w:rPr>
          <w:b/>
          <w:sz w:val="20"/>
        </w:rPr>
        <w:t>LEGISLACIÓN APLICABLE Y JURISDICCIÓN :</w:t>
      </w:r>
    </w:p>
    <w:p>
      <w:r>
        <w:rPr>
          <w:b w:val="0"/>
          <w:sz w:val="20"/>
        </w:rPr>
        <w:t>Este contrato se regirá por lo establecido en la Ley 29/1994, de 24 de noviembre, de Arrendamientos Urbanos y demás normativa aplicable.</w:t>
      </w:r>
    </w:p>
    <w:p>
      <w:r>
        <w:rPr>
          <w:b w:val="0"/>
          <w:sz w:val="20"/>
        </w:rPr>
        <w:t>Para la resolución de cualquier controversia derivada del presente contrato, las partes se someten expresamente a los Juzgados y Tribunales de la ciudad donde se encuentre ubicado el inmueble.</w:t>
      </w:r>
    </w:p>
    <w:p/>
    <w:p/>
    <w:p>
      <w:r>
        <w:rPr>
          <w:b w:val="0"/>
          <w:sz w:val="20"/>
        </w:rPr>
        <w:t>Lugar y fecha de la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ARRENDATARIOS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(1) : _____________________</w:t>
              <w:br/>
              <w:t>Firma (2) : 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(1) : ____________________________</w:t>
              <w:br/>
              <w:t>Nombre (2)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https://lex-inmobiliario.com/modelo-de-contrato-de-alquiler-a-nombre-de-dos-personas/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de-contrato-de-alquiler-a-nombre-de-dos-personas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