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PARA AUMENTO DE ALQUILER</w:t>
      </w:r>
    </w:p>
    <w:p/>
    <w:p/>
    <w:p>
      <w:r>
        <w:rPr>
          <w:b w:val="0"/>
          <w:sz w:val="20"/>
        </w:rPr>
        <w:t>Lugar : ____________________________</w:t>
      </w:r>
    </w:p>
    <w:p>
      <w:r>
        <w:rPr>
          <w:b w:val="0"/>
          <w:sz w:val="20"/>
        </w:rPr>
        <w:t>Propietario : _________________________________________________________</w:t>
      </w:r>
    </w:p>
    <w:p>
      <w:r>
        <w:rPr>
          <w:b w:val="0"/>
          <w:sz w:val="20"/>
        </w:rPr>
        <w:t>Inquilino : ____________________________________________________________</w:t>
      </w:r>
    </w:p>
    <w:p/>
    <w:p/>
    <w:p>
      <w:r>
        <w:rPr>
          <w:b/>
          <w:sz w:val="20"/>
        </w:rPr>
        <w:t>Estimado/a Sr./Sra. :</w:t>
      </w:r>
    </w:p>
    <w:p/>
    <w:p>
      <w:r>
        <w:rPr>
          <w:b w:val="0"/>
          <w:sz w:val="20"/>
        </w:rPr>
        <w:t>Por medio de la presente, y en virtud del contrato de arrendamiento vigente entre ambas partes, me dirijo a usted para comunicarle la revisión y actualización del importe mensual del alquiler conforme a lo establecido en la Ley de Arrendamientos Urbanos y las cláusulas pactadas en dicho contrato.</w:t>
      </w:r>
    </w:p>
    <w:p/>
    <w:p>
      <w:r>
        <w:rPr>
          <w:b/>
          <w:sz w:val="20"/>
        </w:rPr>
        <w:t>Conforme a lo dispuesto en el artículo 18 de la Ley 29/1994, de 24 de noviembre, de Arrendamientos Urbanos, se procede a aplicar un ajuste en la renta mensual que refleje las variaciones del índice de referencia pactado para la actualización del alquiler.</w:t>
      </w:r>
    </w:p>
    <w:p/>
    <w:p>
      <w:r>
        <w:rPr>
          <w:b w:val="0"/>
          <w:sz w:val="20"/>
        </w:rPr>
        <w:t>Así, a partir del próximo vencimiento de la mensualidad correspondiente al mes de ____________, el nuevo importe del alquiler será de _______________ euros mensuales (€ _______________), importe que deberá ser abonado en la forma y lugar acordados en el contrato.</w:t>
      </w:r>
    </w:p>
    <w:p/>
    <w:p>
      <w:r>
        <w:rPr>
          <w:b w:val="0"/>
          <w:sz w:val="20"/>
        </w:rPr>
        <w:t>Este incremento se notifica con un plazo de antelación suficiente conforme a lo previsto en el contrato y en la normativa aplicable. En caso de no estar conforme con esta actualización, quedamos a su disposición para tratar cualquier consulta o negociación al respecto.</w:t>
      </w:r>
    </w:p>
    <w:p/>
    <w:p>
      <w:r>
        <w:rPr>
          <w:b w:val="0"/>
          <w:sz w:val="20"/>
        </w:rPr>
        <w:t>Aprovechamos la ocasión para reiterar nuestro compromiso con el buen mantenimiento del inmueble, esperando que esta actualización contribuya a la conservación y mejora del mismo.</w:t>
      </w:r>
    </w:p>
    <w:p/>
    <w:p>
      <w:r>
        <w:rPr>
          <w:b w:val="0"/>
          <w:sz w:val="20"/>
        </w:rPr>
        <w:t>Sin otro particular, reciba un cordial saludo.</w:t>
      </w:r>
    </w:p>
    <w:p/>
    <w:p/>
    <w:p/>
    <w:p>
      <w:r>
        <w:rPr>
          <w:b w:val="0"/>
          <w:sz w:val="20"/>
        </w:rPr>
        <w:t>Lugar y fecha : 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Propietario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Inquilino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https://lex-inmobiliario.com/modelo-de-carta-por-aumento-de-alquiler/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carta-por-aumento-de-alquiler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