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CARTA DE RENUNCIA AL CARGO DE PRESIDENTE DE UNA ASOCIACIÓN</w:t>
      </w:r>
    </w:p>
    <w:p/>
    <w:p/>
    <w:p>
      <w:r>
        <w:rPr>
          <w:b/>
          <w:sz w:val="20"/>
        </w:rPr>
        <w:t>A la Junta Directiva de la Asociación:</w:t>
      </w:r>
    </w:p>
    <w:p/>
    <w:p>
      <w:r>
        <w:rPr>
          <w:b w:val="0"/>
          <w:sz w:val="20"/>
        </w:rPr>
        <w:t>Estimados señores:</w:t>
      </w:r>
    </w:p>
    <w:p/>
    <w:p>
      <w:r>
        <w:rPr>
          <w:b w:val="0"/>
          <w:sz w:val="20"/>
        </w:rPr>
        <w:t>Por medio de la presente, yo, ____________________________________________________, en calidad de Presidente de la Asociación ____________________________________________________, manifiesto mi voluntad irrevocable de renunciar al cargo que desempeño, con efecto inmediato, sin que medien presiones ni causas externas que motiven esta decisión.</w:t>
      </w:r>
    </w:p>
    <w:p/>
    <w:p>
      <w:r>
        <w:rPr>
          <w:b w:val="0"/>
          <w:sz w:val="20"/>
        </w:rPr>
        <w:t>Esta renuncia se realiza conforme a lo estipulado en los Estatutos de la Asociación y en cumplimiento de la normativa vigente aplicable, notificando la misma a la Junta Directiva para los efectos oportunos y la tramitación correspondiente.</w:t>
      </w:r>
    </w:p>
    <w:p/>
    <w:p>
      <w:r>
        <w:rPr>
          <w:b w:val="0"/>
          <w:sz w:val="20"/>
        </w:rPr>
        <w:t>Agradezco la confianza depositada durante el tiempo en que he desempeñado este cargo y quedo a disposición de la Junta para colaborar en el proceso de transición y entrega de responsabilidades.</w:t>
      </w:r>
    </w:p>
    <w:p/>
    <w:p/>
    <w:p>
      <w:r>
        <w:rPr>
          <w:b w:val="0"/>
          <w:sz w:val="20"/>
        </w:rPr>
        <w:t>Sin otro particular, reciban un cordial saludo.</w:t>
      </w:r>
    </w:p>
    <w:p/>
    <w:p/>
    <w:p/>
    <w:p>
      <w:r>
        <w:rPr>
          <w:b w:val="0"/>
          <w:sz w:val="20"/>
        </w:rPr>
        <w:t>Lugar : ___________________________________________</w:t>
      </w:r>
    </w:p>
    <w:p>
      <w:r>
        <w:rPr>
          <w:b w:val="0"/>
          <w:sz w:val="20"/>
        </w:rPr>
        <w:t>Fecha : 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Firma: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https://lex-inmobiliario.com/modelo-de-carta-de-renuncia-al-cargo-de-presidente-de-una-asociacion/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https://lex-inmobiliario.com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lex-inmobiliario.com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inmobiliario.com/modelo-de-carta-de-renuncia-al-cargo-de-presidente-de-una-asociacion/" TargetMode="External"/><Relationship Id="rId10" Type="http://schemas.openxmlformats.org/officeDocument/2006/relationships/hyperlink" Target="https://lex-inmobiliari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