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CONVOCATORIA DE JUNTA EXTRAORDINARIA DE PROPIETARIOS</w:t>
      </w:r>
    </w:p>
    <w:p/>
    <w:p/>
    <w:p>
      <w:r>
        <w:rPr>
          <w:b w:val="0"/>
          <w:sz w:val="20"/>
        </w:rPr>
        <w:t>Administración de la Comunidad de Propietarios:</w:t>
      </w:r>
    </w:p>
    <w:p>
      <w:r>
        <w:rPr>
          <w:b w:val="0"/>
          <w:sz w:val="20"/>
        </w:rPr>
        <w:t>Edificio ____________, Calle ________________, Nº ________________</w:t>
      </w:r>
    </w:p>
    <w:p/>
    <w:p>
      <w:r>
        <w:rPr>
          <w:b/>
          <w:sz w:val="20"/>
        </w:rPr>
        <w:t>Por la presente se convoca a los señores propietarios a la Junta Extraordinaria de Propietarios de la Comunidad, que tendrá lugar en el domicilio social, en primera convocatoria a las ______ horas con el número mínimo de asistentes requerido por la Ley, y en segunda convocatoria a las ______ horas del mismo día, en el lugar y dirección indicados, para tratar el siguiente orden del día:</w:t>
      </w:r>
    </w:p>
    <w:p/>
    <w:p>
      <w:pPr>
        <w:jc w:val="center"/>
      </w:pPr>
      <w:r>
        <w:rPr>
          <w:b/>
          <w:sz w:val="20"/>
        </w:rPr>
        <w:t>ORDEN DEL DÍA</w:t>
      </w:r>
    </w:p>
    <w:p/>
    <w:p>
      <w:r>
        <w:rPr>
          <w:b/>
        </w:rPr>
        <w:t xml:space="preserve">1. </w:t>
      </w:r>
      <w:r>
        <w:t>Examen y aprobación, si procede, de las obras y/o reparaciones necesarias para el adecuado mantenimiento y conservación del inmueble.</w:t>
      </w:r>
    </w:p>
    <w:p/>
    <w:p>
      <w:r>
        <w:rPr>
          <w:b/>
        </w:rPr>
        <w:t xml:space="preserve">2. </w:t>
      </w:r>
      <w:r>
        <w:t>Determinación del presupuesto y forma de financiación para la ejecución de las obras.</w:t>
      </w:r>
    </w:p>
    <w:p/>
    <w:p>
      <w:r>
        <w:rPr>
          <w:b/>
        </w:rPr>
        <w:t xml:space="preserve">3. </w:t>
      </w:r>
      <w:r>
        <w:t>Nombramiento de empresa(s) o contratista(s) para la ejecución de los trabajos.</w:t>
      </w:r>
    </w:p>
    <w:p/>
    <w:p>
      <w:r>
        <w:rPr>
          <w:b/>
        </w:rPr>
        <w:t xml:space="preserve">4. </w:t>
      </w:r>
      <w:r>
        <w:t>Ruegos y preguntas.</w:t>
      </w:r>
    </w:p>
    <w:p/>
    <w:p/>
    <w:p>
      <w:r>
        <w:rPr>
          <w:b w:val="0"/>
          <w:sz w:val="20"/>
        </w:rPr>
        <w:t>Se recuerda a los señores propietarios la importancia de su asistencia, o en su defecto, la delegación de voto conforme a lo dispuesto en la Ley de Propiedad Horizontal.</w:t>
      </w:r>
    </w:p>
    <w:p/>
    <w:p>
      <w:r>
        <w:rPr>
          <w:b w:val="0"/>
          <w:sz w:val="20"/>
        </w:rPr>
        <w:t>En ___________________________ a ___ de __________ de _______</w:t>
      </w:r>
    </w:p>
    <w:p/>
    <w:p/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ADMINISTRADOR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PRESIDENTE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Firma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Firma : 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Fuente original de 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https://lex-inmobiliario.com/modelo-convocatoria-junta-extraordinaria-de-propietarios/</w:t>
        </w:r>
      </w:hyperlink>
    </w:p>
    <w:p>
      <w:pPr>
        <w:jc w:val="center"/>
      </w:pPr>
      <w:r>
        <w:rPr>
          <w:color w:val="555555"/>
          <w:sz w:val="26"/>
        </w:rPr>
        <w:t>¿Le resultó útil esta plantilla?</w:t>
      </w:r>
    </w:p>
    <w:p>
      <w:pPr>
        <w:jc w:val="center"/>
      </w:pPr>
      <w:r>
        <w:rPr>
          <w:color w:val="555555"/>
          <w:sz w:val="26"/>
        </w:rPr>
        <w:t>Encuentre más plantillas actualizadas en: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https://lex-inmobiliario.com</w:t>
        </w:r>
      </w:hyperlink>
    </w:p>
    <w:p>
      <w:pPr>
        <w:jc w:val="center"/>
      </w:pPr>
      <w:r>
        <w:rPr>
          <w:color w:val="808080"/>
          <w:sz w:val="20"/>
        </w:rPr>
        <w:t>Esta plantilla está destinada exclusivamente para uso personal y no comercial.</w:t>
        <w:br/>
        <w:t>En caso de distribución o publicación, es obligatorio mencionar la fuente. © lex-inmobiliario.com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lex-inmobiliario.com/modelo-convocatoria-junta-extraordinaria-de-propietarios/" TargetMode="External"/><Relationship Id="rId10" Type="http://schemas.openxmlformats.org/officeDocument/2006/relationships/hyperlink" Target="https://lex-inmobiliari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