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pPr>
      <w:r>
        <w:rPr>
          <w:b/>
          <w:sz w:val="20"/>
        </w:rPr>
        <w:t>MODELO DE CONTRATO DE ARRENDAMIENTO DE VIVIENDA SIN FIANZA</w:t>
      </w:r>
    </w:p>
    <w:p/>
    <w:p>
      <w:r>
        <w:rPr>
          <w:b w:val="0"/>
          <w:sz w:val="20"/>
        </w:rPr>
        <w:t xml:space="preserve">Lugar : ____________________________    </w:t>
      </w:r>
    </w:p>
    <w:p/>
    <w:p>
      <w:r>
        <w:rPr>
          <w:b/>
          <w:sz w:val="20"/>
        </w:rPr>
        <w:t>Datos del Arrendador :</w:t>
      </w:r>
    </w:p>
    <w:p>
      <w:r>
        <w:rPr>
          <w:b w:val="0"/>
          <w:sz w:val="20"/>
        </w:rPr>
        <w:t>Nombre y Apellidos : _____________________________________________________</w:t>
      </w:r>
    </w:p>
    <w:p>
      <w:r>
        <w:rPr>
          <w:b w:val="0"/>
          <w:sz w:val="20"/>
        </w:rPr>
        <w:t>DNI/NIE : _______________________________________________________________</w:t>
      </w:r>
    </w:p>
    <w:p>
      <w:r>
        <w:rPr>
          <w:b w:val="0"/>
          <w:sz w:val="20"/>
        </w:rPr>
        <w:t>Dirección : ______________________________________________________________</w:t>
      </w:r>
    </w:p>
    <w:p>
      <w:r>
        <w:rPr>
          <w:b w:val="0"/>
          <w:sz w:val="20"/>
        </w:rPr>
        <w:t>Teléfono : _______________________________________________________________</w:t>
      </w:r>
    </w:p>
    <w:p/>
    <w:p>
      <w:r>
        <w:rPr>
          <w:b/>
          <w:sz w:val="20"/>
        </w:rPr>
        <w:t>Datos del Arrendatario :</w:t>
      </w:r>
    </w:p>
    <w:p>
      <w:r>
        <w:rPr>
          <w:b w:val="0"/>
          <w:sz w:val="20"/>
        </w:rPr>
        <w:t>Nombre y Apellidos : _____________________________________________________</w:t>
      </w:r>
    </w:p>
    <w:p>
      <w:r>
        <w:rPr>
          <w:b w:val="0"/>
          <w:sz w:val="20"/>
        </w:rPr>
        <w:t>DNI/NIE : _______________________________________________________________</w:t>
      </w:r>
    </w:p>
    <w:p>
      <w:r>
        <w:rPr>
          <w:b w:val="0"/>
          <w:sz w:val="20"/>
        </w:rPr>
        <w:t>Dirección : ______________________________________________________________</w:t>
      </w:r>
    </w:p>
    <w:p>
      <w:r>
        <w:rPr>
          <w:b w:val="0"/>
          <w:sz w:val="20"/>
        </w:rPr>
        <w:t>Teléfono : _______________________________________________________________</w:t>
      </w:r>
    </w:p>
    <w:p/>
    <w:p>
      <w:r>
        <w:rPr>
          <w:b/>
          <w:sz w:val="20"/>
        </w:rPr>
        <w:t>Objeto del contrato :</w:t>
      </w:r>
    </w:p>
    <w:p>
      <w:r>
        <w:rPr>
          <w:b w:val="0"/>
          <w:sz w:val="20"/>
        </w:rPr>
        <w:t>El arrendador cede en arrendamiento al arrendatario, que acepta, la vivienda situada en ______________________________________________________________, destinada exclusivamente a vivienda habitual del arrendatario y su familia.</w:t>
      </w:r>
    </w:p>
    <w:p/>
    <w:p>
      <w:r>
        <w:rPr>
          <w:b/>
          <w:sz w:val="20"/>
        </w:rPr>
        <w:t>Duración del contrato :</w:t>
      </w:r>
    </w:p>
    <w:p>
      <w:r>
        <w:rPr>
          <w:b w:val="0"/>
          <w:sz w:val="20"/>
        </w:rPr>
        <w:t>La duración del presente contrato será de __________ años, comenzando el día de la firma del mismo, con prórrogas anuales hasta un plazo máximo de cinco años, salvo que cualquiera de las partes comunique por escrito su voluntad de no renovarlo con un preaviso mínimo de treinta días antes de la finalización del contrato o de cualquiera de sus prórrogas.</w:t>
      </w:r>
    </w:p>
    <w:p/>
    <w:p>
      <w:r>
        <w:rPr>
          <w:b/>
          <w:sz w:val="20"/>
        </w:rPr>
        <w:t>Renta y forma de pago :</w:t>
      </w:r>
    </w:p>
    <w:p>
      <w:r>
        <w:rPr>
          <w:b w:val="0"/>
          <w:sz w:val="20"/>
        </w:rPr>
        <w:t>La renta mensual pactada asciende a la cantidad de __________ euros (€__________), que el arrendatario se obliga a pagar por meses anticipados dentro de los primeros cinco días de cada mes mediante transferencia bancaria a la cuenta que designe el arrendador.</w:t>
      </w:r>
    </w:p>
    <w:p/>
    <w:p>
      <w:r>
        <w:rPr>
          <w:b/>
          <w:sz w:val="20"/>
        </w:rPr>
        <w:t>Fianza :</w:t>
      </w:r>
    </w:p>
    <w:p>
      <w:r>
        <w:rPr>
          <w:b w:val="0"/>
          <w:sz w:val="20"/>
        </w:rPr>
        <w:t>Conforme a lo establecido en la Ley de Arrendamientos Urbanos, el arrendatario entrega en este acto la cantidad de __________ euros (€__________) en concepto de fianza para garantizar el cumplimiento de sus obligaciones contractuales. En este contrato se acuerda expresamente que no se exigirá fianza adicional alguna.</w:t>
      </w:r>
    </w:p>
    <w:p/>
    <w:p>
      <w:r>
        <w:rPr>
          <w:b/>
          <w:sz w:val="20"/>
        </w:rPr>
        <w:t>Gastos y suministros :</w:t>
      </w:r>
    </w:p>
    <w:p>
      <w:r>
        <w:rPr>
          <w:b w:val="0"/>
          <w:sz w:val="20"/>
        </w:rPr>
        <w:t>Serán por cuenta del arrendador los gastos derivados de la titularidad de la vivienda, tales como el IBI, tasas de basura y gastos de comunidad ordinarios. El arrendatario abonará los suministros de agua, electricidad, gas, telefonía y cualesquiera otros que contrate durante la vigencia del contrato.</w:t>
      </w:r>
    </w:p>
    <w:p/>
    <w:p>
      <w:r>
        <w:rPr>
          <w:b/>
          <w:sz w:val="20"/>
        </w:rPr>
        <w:t>Conservación y reparaciones :</w:t>
      </w:r>
    </w:p>
    <w:p>
      <w:r>
        <w:rPr>
          <w:b w:val="0"/>
          <w:sz w:val="20"/>
        </w:rPr>
        <w:t>El arrendatario se obliga a mantener la vivienda en buen estado de conservación y a realizar las pequeñas reparaciones que exija el desgaste por el uso ordinario. El arrendador será responsable de las reparaciones necesarias para conservar la vivienda en condiciones adecuadas de habitabilidad, salvo que el deterioro sea imputable al arrendatario.</w:t>
      </w:r>
    </w:p>
    <w:p/>
    <w:p>
      <w:r>
        <w:rPr>
          <w:b/>
          <w:sz w:val="20"/>
        </w:rPr>
        <w:t>Prohibiciones :</w:t>
      </w:r>
    </w:p>
    <w:p>
      <w:r>
        <w:rPr>
          <w:b w:val="0"/>
          <w:sz w:val="20"/>
        </w:rPr>
        <w:t>Queda terminantemente prohibido al arrendatario subarrendar, ceder o traspasar total o parcialmente la vivienda sin el consentimiento por escrito del arrendador.</w:t>
      </w:r>
    </w:p>
    <w:p/>
    <w:p>
      <w:r>
        <w:rPr>
          <w:b/>
          <w:sz w:val="20"/>
        </w:rPr>
        <w:t>Terminación anticipada :</w:t>
      </w:r>
    </w:p>
    <w:p>
      <w:r>
        <w:rPr>
          <w:b w:val="0"/>
          <w:sz w:val="20"/>
        </w:rPr>
        <w:t>Cualquiera de las partes podrá desistir del contrato una vez transcurridos seis meses del inicio, comunicándolo a la otra parte con un preaviso mínimo de treinta días.</w:t>
      </w:r>
    </w:p>
    <w:p/>
    <w:p>
      <w:r>
        <w:rPr>
          <w:b/>
          <w:sz w:val="20"/>
        </w:rPr>
        <w:t>Legislación aplicable y jurisdicción :</w:t>
      </w:r>
    </w:p>
    <w:p>
      <w:r>
        <w:rPr>
          <w:b w:val="0"/>
          <w:sz w:val="20"/>
        </w:rPr>
        <w:t>Este contrato se rige por lo dispuesto en la Ley 29/1994, de 24 de noviembre, de Arrendamientos Urbanos, y demás normativa aplicable. Para la resolución de cualquier controversia derivada del presente contrato, las partes se someten expresamente a los Juzgados y Tribunales del lugar donde se encuentra la vivienda.</w:t>
      </w:r>
    </w:p>
    <w:p/>
    <w:p/>
    <w:p>
      <w:r>
        <w:rPr>
          <w:b w:val="0"/>
          <w:sz w:val="20"/>
        </w:rPr>
        <w:t>Lugar para la firma : _____________________________________________</w:t>
      </w:r>
    </w:p>
    <w:p/>
    <w:p/>
    <w:tbl>
      <w:tblPr>
        <w:tblW w:type="auto" w:w="0"/>
        <w:tblLayout w:type="autofit"/>
        <w:tblLook w:firstColumn="1" w:firstRow="1" w:lastColumn="0" w:lastRow="0" w:noHBand="0" w:noVBand="1" w:val="04A0"/>
      </w:tblPr>
      <w:tblGrid>
        <w:gridCol w:w="4986"/>
        <w:gridCol w:w="4986"/>
      </w:tblGrid>
      <w:tr>
        <w:tc>
          <w:tcPr>
            <w:tcW w:type="dxa" w:w="4986"/>
            <w:tcBorders>
              <w:top w:val="nil"/>
              <w:left w:val="nil"/>
              <w:bottom w:val="nil"/>
              <w:right w:val="nil"/>
              <w:insideH w:val="nil"/>
              <w:insideV w:val="nil"/>
            </w:tcBorders>
          </w:tcPr>
          <w:p>
            <w:pPr>
              <w:jc w:val="center"/>
            </w:pPr>
            <w:r>
              <w:t>ARRENDADOR</w:t>
            </w:r>
          </w:p>
        </w:tc>
        <w:tc>
          <w:tcPr>
            <w:tcW w:type="dxa" w:w="4986"/>
            <w:tcBorders>
              <w:top w:val="nil"/>
              <w:left w:val="nil"/>
              <w:bottom w:val="nil"/>
              <w:right w:val="nil"/>
              <w:insideH w:val="nil"/>
              <w:insideV w:val="nil"/>
            </w:tcBorders>
          </w:tcPr>
          <w:p>
            <w:pPr>
              <w:jc w:val="center"/>
            </w:pPr>
            <w:r>
              <w:t>ARRENDATARIO</w:t>
            </w:r>
          </w:p>
        </w:tc>
      </w:tr>
      <w:tr>
        <w:tc>
          <w:tcPr>
            <w:tcW w:type="dxa" w:w="4986"/>
            <w:tcBorders>
              <w:top w:val="nil"/>
              <w:left w:val="nil"/>
              <w:bottom w:val="nil"/>
              <w:right w:val="nil"/>
              <w:insideH w:val="nil"/>
              <w:insideV w:val="nil"/>
            </w:tcBorders>
          </w:tcPr>
          <w:p>
            <w:pPr>
              <w:jc w:val="center"/>
            </w:pPr>
            <w:r>
              <w:br/>
              <w:br/>
              <w:t>Firma : _________________________</w:t>
            </w:r>
          </w:p>
        </w:tc>
        <w:tc>
          <w:tcPr>
            <w:tcW w:type="dxa" w:w="4986"/>
            <w:tcBorders>
              <w:top w:val="nil"/>
              <w:left w:val="nil"/>
              <w:bottom w:val="nil"/>
              <w:right w:val="nil"/>
              <w:insideH w:val="nil"/>
              <w:insideV w:val="nil"/>
            </w:tcBorders>
          </w:tcPr>
          <w:p>
            <w:pPr>
              <w:jc w:val="center"/>
            </w:pPr>
            <w:r>
              <w:br/>
              <w:br/>
              <w:t>Firma : _________________________</w:t>
            </w:r>
          </w:p>
        </w:tc>
      </w:tr>
      <w:tr>
        <w:tc>
          <w:tcPr>
            <w:tcW w:type="dxa" w:w="4986"/>
            <w:tcBorders>
              <w:top w:val="nil"/>
              <w:left w:val="nil"/>
              <w:bottom w:val="nil"/>
              <w:right w:val="nil"/>
              <w:insideH w:val="nil"/>
              <w:insideV w:val="nil"/>
            </w:tcBorders>
          </w:tcPr>
          <w:p>
            <w:pPr>
              <w:jc w:val="center"/>
            </w:pPr>
            <w:r>
              <w:t>Nombre : ________________________________</w:t>
            </w:r>
          </w:p>
        </w:tc>
        <w:tc>
          <w:tcPr>
            <w:tcW w:type="dxa" w:w="4986"/>
            <w:tcBorders>
              <w:top w:val="nil"/>
              <w:left w:val="nil"/>
              <w:bottom w:val="nil"/>
              <w:right w:val="nil"/>
              <w:insideH w:val="nil"/>
              <w:insideV w:val="nil"/>
            </w:tcBorders>
          </w:tcPr>
          <w:p>
            <w:pPr>
              <w:jc w:val="center"/>
            </w:pPr>
            <w:r>
              <w:t>Nombre : ________________________________</w:t>
            </w:r>
          </w:p>
        </w:tc>
      </w:tr>
    </w:tbl>
    <w:p>
      <w:r>
        <w:br w:type="page"/>
      </w:r>
    </w:p>
    <w:p>
      <w:pPr>
        <w:jc w:val="center"/>
      </w:pPr>
      <w:r>
        <w:rPr>
          <w:color w:val="555555"/>
          <w:sz w:val="24"/>
        </w:rPr>
        <w:t>Fuente original de este documento:</w:t>
      </w:r>
    </w:p>
    <w:p>
      <w:pPr>
        <w:jc w:val="center"/>
      </w:pPr>
      <w:hyperlink r:id="rId9">
        <w:r>
          <w:rPr>
            <w:color w:val="0000FF"/>
            <w:u w:val="single"/>
          </w:rPr>
          <w:t>https://lex-inmobiliario.com/modelo-contrato-alquiler-sin-fianza/</w:t>
        </w:r>
      </w:hyperlink>
    </w:p>
    <w:p>
      <w:pPr>
        <w:jc w:val="center"/>
      </w:pPr>
      <w:r>
        <w:rPr>
          <w:color w:val="555555"/>
          <w:sz w:val="26"/>
        </w:rPr>
        <w:t>¿Le resultó útil esta plantilla?</w:t>
      </w:r>
    </w:p>
    <w:p>
      <w:pPr>
        <w:jc w:val="center"/>
      </w:pPr>
      <w:r>
        <w:rPr>
          <w:color w:val="555555"/>
          <w:sz w:val="26"/>
        </w:rPr>
        <w:t>Encuentre más plantillas actualizadas en:</w:t>
      </w:r>
    </w:p>
    <w:p>
      <w:pPr>
        <w:jc w:val="center"/>
      </w:pPr>
      <w:hyperlink r:id="rId10">
        <w:r>
          <w:rPr>
            <w:color w:val="0000FF"/>
            <w:u w:val="single"/>
          </w:rPr>
          <w:t>https://lex-inmobiliario.com</w:t>
        </w:r>
      </w:hyperlink>
    </w:p>
    <w:p>
      <w:pPr>
        <w:jc w:val="center"/>
      </w:pPr>
      <w:r>
        <w:rPr>
          <w:color w:val="808080"/>
          <w:sz w:val="20"/>
        </w:rPr>
        <w:t>Esta plantilla está destinada exclusivamente para uso personal y no comercial.</w:t>
        <w:br/>
        <w:t>En caso de distribución o publicación, es obligatorio mencionar la fuente. © lex-inmobiliario.com</w:t>
      </w:r>
    </w:p>
    <w:sectPr w:rsidR="00FC693F" w:rsidRPr="0006063C" w:rsidSect="00034616">
      <w:pgSz w:w="12240" w:h="15840"/>
      <w:pgMar w:top="1134" w:right="1134" w:bottom="1134" w:left="1134"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yperlink" Target="https://lex-inmobiliario.com/modelo-contrato-alquiler-sin-fianza/" TargetMode="External"/><Relationship Id="rId10" Type="http://schemas.openxmlformats.org/officeDocument/2006/relationships/hyperlink" Target="https://lex-inmobiliario.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