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PRESTACIÓN DE SERVICIOS DE AGENCIA INMOBILIARIA AUTÓNOMO</w:t>
      </w:r>
    </w:p>
    <w:p/>
    <w:p>
      <w:r>
        <w:rPr>
          <w:b/>
          <w:sz w:val="20"/>
        </w:rPr>
        <w:t>PARTES CONTRATANTES:</w:t>
      </w:r>
    </w:p>
    <w:p>
      <w:r>
        <w:rPr>
          <w:b w:val="0"/>
          <w:sz w:val="20"/>
        </w:rPr>
        <w:t>De una parte, Don/Doña ___________________________________________________, con DNI nº __________________________, en calidad de Agente Inmobiliario Autónomo, con domicilio en ______________________________________________________________.</w:t>
      </w:r>
    </w:p>
    <w:p/>
    <w:p>
      <w:r>
        <w:rPr>
          <w:b w:val="0"/>
          <w:sz w:val="20"/>
        </w:rPr>
        <w:t>Y de otra parte, Don/Doña ___________________________________________________, con DNI nº __________________________, en calidad de Cliente, con domicilio en ______________________________________________________________.</w:t>
      </w:r>
    </w:p>
    <w:p/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presente contrato tiene por objeto la prestación de servicios por parte del Agente Inmobiliario Autónomo para la intermediación en la compraventa, alquiler o cesión de bienes inmuebles propiedad del Cliente, en los términos y condiciones que se establecen en el presente documento.</w:t>
      </w:r>
    </w:p>
    <w:p/>
    <w:p>
      <w:r>
        <w:rPr>
          <w:b/>
          <w:sz w:val="20"/>
        </w:rPr>
        <w:t>CLÁUSULA 2 – Duración</w:t>
      </w:r>
    </w:p>
    <w:p>
      <w:r>
        <w:rPr>
          <w:b w:val="0"/>
          <w:sz w:val="20"/>
        </w:rPr>
        <w:t>El contrato tendrá una duración de ______ meses, comenzando a partir de la firma del presente documento. Podrá ser renovado por acuerdo expreso de ambas partes.</w:t>
      </w:r>
    </w:p>
    <w:p/>
    <w:p>
      <w:r>
        <w:rPr>
          <w:b/>
          <w:sz w:val="20"/>
        </w:rPr>
        <w:t>CLÁUSULA 3 – Obligaciones del Agente Inmobiliario</w:t>
      </w:r>
    </w:p>
    <w:p>
      <w:r>
        <w:rPr>
          <w:b w:val="0"/>
          <w:sz w:val="20"/>
        </w:rPr>
        <w:t>El Agente se compromete a realizar todas las gestiones necesarias para la promoción, intermediación y negociación del inmueble objeto de este contrato, actuando con la diligencia y profesionalidad requeridas por la legislación vigente.</w:t>
      </w:r>
    </w:p>
    <w:p/>
    <w:p>
      <w:r>
        <w:rPr>
          <w:b/>
          <w:sz w:val="20"/>
        </w:rPr>
        <w:t>CLÁUSULA 4 – Obligaciones del Cliente</w:t>
      </w:r>
    </w:p>
    <w:p>
      <w:r>
        <w:rPr>
          <w:b w:val="0"/>
          <w:sz w:val="20"/>
        </w:rPr>
        <w:t>El Cliente declara ser titular legítimo del inmueble objeto de este contrato y se obliga a facilitar toda la documentación necesaria y a colaborar con el Agente para el correcto desarrollo de las gestiones.</w:t>
      </w:r>
    </w:p>
    <w:p/>
    <w:p>
      <w:r>
        <w:rPr>
          <w:b/>
          <w:sz w:val="20"/>
        </w:rPr>
        <w:t>CLÁUSULA 5 – Comisión y forma de pago</w:t>
      </w:r>
    </w:p>
    <w:p>
      <w:r>
        <w:rPr>
          <w:b w:val="0"/>
          <w:sz w:val="20"/>
        </w:rPr>
        <w:t>El Cliente abonará al Agente una comisión por sus servicios equivalente al ______ % del precio final de la operación de compraventa o alquiler, que será exigible en el momento de la firma del contrato correspondiente entre las partes compradora y vendedora o arrendadora y arrendataria.</w:t>
      </w:r>
    </w:p>
    <w:p/>
    <w:p>
      <w:r>
        <w:rPr>
          <w:b/>
          <w:sz w:val="20"/>
        </w:rPr>
        <w:t>CLÁUSULA 6 – Exclusividad</w:t>
      </w:r>
    </w:p>
    <w:p>
      <w:r>
        <w:rPr>
          <w:b w:val="0"/>
          <w:sz w:val="20"/>
        </w:rPr>
        <w:t>El presente contrato se celebra con carácter de exclusividad, por lo que el Cliente no podrá contratar los mismos servicios con otro agente inmobiliario durante la vigencia del presente contrato.</w:t>
      </w:r>
    </w:p>
    <w:p/>
    <w:p>
      <w:r>
        <w:rPr>
          <w:b/>
          <w:sz w:val="20"/>
        </w:rPr>
        <w:t>CLÁUSULA 7 – Responsabilidad</w:t>
      </w:r>
    </w:p>
    <w:p>
      <w:r>
        <w:rPr>
          <w:b w:val="0"/>
          <w:sz w:val="20"/>
        </w:rPr>
        <w:t>El Agente no asume responsabilidad por vicios ocultos o cualquier situación jurídica desconocida del inmueble, siempre que haya actuado conforme a la buena fe y diligencia profesional. El Cliente exime al Agente de cualquier reclamación derivada de dichas circunstancias.</w:t>
      </w:r>
    </w:p>
    <w:p/>
    <w:p>
      <w:r>
        <w:rPr>
          <w:b/>
          <w:sz w:val="20"/>
        </w:rPr>
        <w:t>CLÁUSULA 8 – Protección de datos</w:t>
      </w:r>
    </w:p>
    <w:p>
      <w:r>
        <w:rPr>
          <w:b w:val="0"/>
          <w:sz w:val="20"/>
        </w:rPr>
        <w:t>Ambas partes se obligan al cumplimiento de la normativa vigente en materia de protección de datos personales, autorizando mutuamente el tratamiento y cesión de datos necesarios para la correcta ejecución de este contrato.</w:t>
      </w:r>
    </w:p>
    <w:p/>
    <w:p>
      <w:r>
        <w:rPr>
          <w:b/>
          <w:sz w:val="20"/>
        </w:rPr>
        <w:t>CLÁUSULA 9 – Resolución del contrato</w:t>
      </w:r>
    </w:p>
    <w:p>
      <w:r>
        <w:rPr>
          <w:b w:val="0"/>
          <w:sz w:val="20"/>
        </w:rPr>
        <w:t>Cualquiera de las partes podrá resolver el presente contrato de forma anticipada, notificándolo por escrito con un plazo mínimo de 15 días naturales.</w:t>
      </w:r>
    </w:p>
    <w:p/>
    <w:p>
      <w:r>
        <w:rPr>
          <w:b/>
          <w:sz w:val="20"/>
        </w:rPr>
        <w:t>CLÁUSULA 10 – Legislación aplicable y jurisdicción</w:t>
      </w:r>
    </w:p>
    <w:p>
      <w:r>
        <w:rPr>
          <w:b w:val="0"/>
          <w:sz w:val="20"/>
        </w:rPr>
        <w:t>El presente contrato se regirá por la legislación española. Para la resolución de cualquier conflicto derivado del contrato, las partes se someten expresamente a los Juzgados y Tribunales del domicilio del Cliente.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AGENTE INMOBILIARIO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https://lex-inmobiliario.com/modelo-contrato-agente-inmobiliario-autonomo/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contrato-agente-inmobiliario-autonomo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