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CLÁUSULA DE LIMPIEZA EN CONTRATO DE ALQUILER</w:t>
      </w:r>
    </w:p>
    <w:p/>
    <w:p>
      <w:r>
        <w:rPr>
          <w:b w:val="0"/>
          <w:sz w:val="20"/>
        </w:rPr>
        <w:t>La presente cláusula regula las condiciones relativas a la limpieza y mantenimiento del inmueble objeto del contrato de arrendamiento, garantizando el buen estado del mismo durante y al término de la relación contractual.</w:t>
      </w:r>
    </w:p>
    <w:p/>
    <w:p/>
    <w:p>
      <w:r>
        <w:rPr>
          <w:b/>
          <w:sz w:val="20"/>
        </w:rPr>
        <w:t>Cláusula 1 – Obligación de limpieza durante el arrendamiento</w:t>
      </w:r>
    </w:p>
    <w:p>
      <w:r>
        <w:rPr>
          <w:b w:val="0"/>
          <w:sz w:val="20"/>
        </w:rPr>
        <w:t>El arrendatario se compromete a mantener el inmueble arrendado en condiciones adecuadas de limpieza y orden, realizando las acciones necesarias para evitar la acumulación de suciedad, residuos o cualquier situación que pueda deteriorar las condiciones de habitabilidad y conservación del mismo.</w:t>
      </w:r>
    </w:p>
    <w:p/>
    <w:p>
      <w:r>
        <w:rPr>
          <w:b/>
          <w:sz w:val="20"/>
        </w:rPr>
        <w:t>Cláusula 2 – Limpieza antes de la entrega del inmueble</w:t>
      </w:r>
    </w:p>
    <w:p>
      <w:r>
        <w:rPr>
          <w:b w:val="0"/>
          <w:sz w:val="20"/>
        </w:rPr>
        <w:t>Al término del contrato, el arrendatario deberá entregar el inmueble en perfectas condiciones de limpieza, similares a las existentes en el momento de la entrega, salvo el desgaste natural derivado del uso ordinario. La limpieza deberá comprender, entre otros, la limpieza de suelos, paredes, ventanas, sanitarios, cocina y cualquier accesorio o instalación existente.</w:t>
      </w:r>
    </w:p>
    <w:p/>
    <w:p>
      <w:r>
        <w:rPr>
          <w:b/>
          <w:sz w:val="20"/>
        </w:rPr>
        <w:t>Cláusula 3 – Inspección y reparaciones por suciedad o daños</w:t>
      </w:r>
    </w:p>
    <w:p>
      <w:r>
        <w:rPr>
          <w:b w:val="0"/>
          <w:sz w:val="20"/>
        </w:rPr>
        <w:t>El arrendador realizará una inspección al finalizar el arrendamiento para verificar el estado de limpieza y conservación del inmueble. En caso de detectar deficiencias atribuibles al arrendatario, este asumirá los costes de limpieza profesional o reparaciones necesarias para restablecer el estado original, sin perjuicio de aplicar las garantías o fianzas aportadas en el contrato.</w:t>
      </w:r>
    </w:p>
    <w:p/>
    <w:p>
      <w:r>
        <w:rPr>
          <w:b/>
          <w:sz w:val="20"/>
        </w:rPr>
        <w:t>Cláusula 4 – Prohibición de alteraciones que dificulten la limpieza</w:t>
      </w:r>
    </w:p>
    <w:p>
      <w:r>
        <w:rPr>
          <w:b w:val="0"/>
          <w:sz w:val="20"/>
        </w:rPr>
        <w:t>El arrendatario no podrá realizar modificaciones, instalaciones o usos que dificulten o imposibiliten la adecuada limpieza y mantenimiento del inmueble sin el consentimiento previo y por escrito del arrendador. Cualquier alteración no autorizada que cause perjuicio será de exclusiva responsabilidad del arrendatario.</w:t>
      </w:r>
    </w:p>
    <w:p/>
    <w:p>
      <w:r>
        <w:rPr>
          <w:b/>
          <w:sz w:val="20"/>
        </w:rPr>
        <w:t>Cláusula 5 – Responsabilidad por residuos y desechos</w:t>
      </w:r>
    </w:p>
    <w:p>
      <w:r>
        <w:rPr>
          <w:b w:val="0"/>
          <w:sz w:val="20"/>
        </w:rPr>
        <w:t>El arrendatario deberá gestionar adecuadamente la eliminación de residuos y desechos generados durante el periodo de arrendamiento, utilizando los medios y servicios habilitados para tal fin por la normativa aplicable y por la comunidad de propietarios, si la hubiere.</w:t>
      </w:r>
    </w:p>
    <w:p/>
    <w:p/>
    <w:p>
      <w:r>
        <w:rPr>
          <w:b w:val="0"/>
          <w:sz w:val="20"/>
        </w:rPr>
        <w:t>Lugar : _________________________________    Firma del Arrendador : ___________________________</w:t>
      </w:r>
    </w:p>
    <w:p>
      <w:r>
        <w:rPr>
          <w:b w:val="0"/>
          <w:sz w:val="20"/>
        </w:rPr>
        <w:t>Lugar : _________________________________    Firma del Arrendatario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https://lex-inmobiliario.com/modelo-clausula-limpieza-contrato-alquiler/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clausula-limpieza-contrato-alquiler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