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CLÁUSULA DE CARENCIA EN CONTRATO DE ARRENDAMIENTO</w:t>
      </w:r>
    </w:p>
    <w:p/>
    <w:p>
      <w:r>
        <w:rPr>
          <w:b/>
          <w:sz w:val="20"/>
        </w:rPr>
        <w:t>Datos del Arrendador :</w:t>
      </w:r>
    </w:p>
    <w:p>
      <w:r>
        <w:rPr>
          <w:b w:val="0"/>
          <w:sz w:val="20"/>
        </w:rPr>
        <w:t>Nombre y Apellidos o Razón Social : ________________________________________</w:t>
      </w:r>
    </w:p>
    <w:p>
      <w:r>
        <w:rPr>
          <w:b w:val="0"/>
          <w:sz w:val="20"/>
        </w:rPr>
        <w:t>Nº Documento de Identidad / CIF : ____________________________________________</w:t>
      </w:r>
    </w:p>
    <w:p>
      <w:r>
        <w:rPr>
          <w:b w:val="0"/>
          <w:sz w:val="20"/>
        </w:rPr>
        <w:t>Dirección : _________________________________________________________________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_________________________________________________________________</w:t>
      </w:r>
    </w:p>
    <w:p/>
    <w:p>
      <w:r>
        <w:rPr>
          <w:b/>
          <w:sz w:val="20"/>
        </w:rPr>
        <w:t>Datos del Arrendatario :</w:t>
      </w:r>
    </w:p>
    <w:p>
      <w:r>
        <w:rPr>
          <w:b w:val="0"/>
          <w:sz w:val="20"/>
        </w:rPr>
        <w:t>Nombre y Apellidos : _______________________________________________________</w:t>
      </w:r>
    </w:p>
    <w:p>
      <w:r>
        <w:rPr>
          <w:b w:val="0"/>
          <w:sz w:val="20"/>
        </w:rPr>
        <w:t>Nº Documento de Identidad : ________________________________________________</w:t>
      </w:r>
    </w:p>
    <w:p>
      <w:r>
        <w:rPr>
          <w:b w:val="0"/>
          <w:sz w:val="20"/>
        </w:rPr>
        <w:t>Dirección : _________________________________________________________________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_________________________________________________________________</w:t>
      </w:r>
    </w:p>
    <w:p/>
    <w:p>
      <w:r>
        <w:rPr>
          <w:b/>
          <w:sz w:val="20"/>
        </w:rPr>
        <w:t>Datos del Contrato de Arrendamiento :</w:t>
      </w:r>
    </w:p>
    <w:p>
      <w:r>
        <w:rPr>
          <w:b w:val="0"/>
          <w:sz w:val="20"/>
        </w:rPr>
        <w:t>Domicilio del inmueble arrendado : ___________________________________________</w:t>
      </w:r>
    </w:p>
    <w:p>
      <w:r>
        <w:rPr>
          <w:b w:val="0"/>
          <w:sz w:val="20"/>
        </w:rPr>
        <w:t>Duración del contrato : _____________________________________________________</w:t>
      </w:r>
    </w:p>
    <w:p>
      <w:r>
        <w:rPr>
          <w:b w:val="0"/>
          <w:sz w:val="20"/>
        </w:rPr>
        <w:t>Renta mensual : _____________________________________________________________</w:t>
      </w:r>
    </w:p>
    <w:p/>
    <w:p>
      <w:r>
        <w:rPr>
          <w:b/>
          <w:sz w:val="20"/>
        </w:rPr>
        <w:t>CLÁUSULA DE CARENCIA</w:t>
      </w:r>
    </w:p>
    <w:p>
      <w:r>
        <w:rPr>
          <w:b w:val="0"/>
          <w:sz w:val="20"/>
        </w:rPr>
        <w:t>Ambas partes acuerdan que, durante el período inicial de carencia, el arrendatario quedará exento del pago total o parcial de la renta pactada, concretándose el siguiente régimen:</w:t>
        <w:br/>
        <w:br/>
        <w:t>1. Duración de la carencia: El período de carencia será de ________ meses, comenzando en la fecha de inicio del contrato.</w:t>
        <w:br/>
        <w:br/>
        <w:t>2. Renta durante la carencia: Durante dicho período, la renta será de ____________________, siendo el importe total o parcial exento de pago según se acuerde.</w:t>
        <w:br/>
        <w:br/>
        <w:t>3. Devengo y vencimiento: La obligación de pago de la renta completa se efectuará a partir del día siguiente a la finalización del período de carencia, manteniendo el resto de las condiciones del contrato vigentes.</w:t>
        <w:br/>
        <w:br/>
        <w:t>4. Aplicación del pago: En caso de que el arrendatario realice pagos durante el período de carencia, estos se imputarán a la renta correspondiente conforme a lo establecido en el contrato.</w:t>
        <w:br/>
        <w:br/>
        <w:t>5. Condiciones generales: La concesión de la carencia no exime al arrendatario del cumplimiento de sus demás obligaciones contractuales ni legales.</w:t>
        <w:br/>
        <w:br/>
        <w:t>La presente cláusula se incorpora al contrato de arrendamiento de forma expresa y queda integrada en el mismo, con plena validez jurídica.</w:t>
      </w:r>
    </w:p>
    <w:p/>
    <w:p/>
    <w:p>
      <w:r>
        <w:rPr>
          <w:b w:val="0"/>
          <w:sz w:val="20"/>
        </w:rPr>
        <w:t>Lugar : ________________________________________________________________</w:t>
      </w:r>
    </w:p>
    <w:p>
      <w:r>
        <w:rPr>
          <w:b w:val="0"/>
          <w:sz w:val="20"/>
        </w:rPr>
        <w:t>Fecha : 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ARRENDADOR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ARRENDATARIO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https://lex-inmobiliario.com/modelo-clausula-carencia-contrato-arrendamiento/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https://lex-inmobiliario.com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lex-inmobiliario.com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inmobiliario.com/modelo-clausula-carencia-contrato-arrendamiento/" TargetMode="External"/><Relationship Id="rId10" Type="http://schemas.openxmlformats.org/officeDocument/2006/relationships/hyperlink" Target="https://lex-inmobiliari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