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CARTA DE FIN DE OBRA</w:t>
      </w:r>
    </w:p>
    <w:p/>
    <w:p/>
    <w:p>
      <w:r>
        <w:rPr>
          <w:b/>
          <w:sz w:val="20"/>
        </w:rPr>
        <w:t>De:</w:t>
      </w:r>
    </w:p>
    <w:p>
      <w:r>
        <w:rPr>
          <w:b w:val="0"/>
          <w:sz w:val="20"/>
        </w:rPr>
        <w:t>Nombre/Razón Social: ________________________________________________</w:t>
      </w:r>
    </w:p>
    <w:p>
      <w:r>
        <w:rPr>
          <w:b w:val="0"/>
          <w:sz w:val="20"/>
        </w:rPr>
        <w:t>DNI/NIF/CIF: ________________________________________________________</w:t>
      </w:r>
    </w:p>
    <w:p>
      <w:r>
        <w:rPr>
          <w:b w:val="0"/>
          <w:sz w:val="20"/>
        </w:rPr>
        <w:t>Domicilio: ___________________________________________________________</w:t>
      </w:r>
    </w:p>
    <w:p>
      <w:r>
        <w:rPr>
          <w:b w:val="0"/>
          <w:sz w:val="20"/>
        </w:rPr>
        <w:t>Teléfono: ___________________________________________________________</w:t>
      </w:r>
    </w:p>
    <w:p/>
    <w:p/>
    <w:p>
      <w:r>
        <w:rPr>
          <w:b/>
          <w:sz w:val="20"/>
        </w:rPr>
        <w:t>A:</w:t>
      </w:r>
    </w:p>
    <w:p>
      <w:r>
        <w:rPr>
          <w:b w:val="0"/>
          <w:sz w:val="20"/>
        </w:rPr>
        <w:t>Nombre/Razón Social: ________________________________________________</w:t>
      </w:r>
    </w:p>
    <w:p>
      <w:r>
        <w:rPr>
          <w:b w:val="0"/>
          <w:sz w:val="20"/>
        </w:rPr>
        <w:t>DNI/NIF/CIF: ________________________________________________________</w:t>
      </w:r>
    </w:p>
    <w:p>
      <w:r>
        <w:rPr>
          <w:b w:val="0"/>
          <w:sz w:val="20"/>
        </w:rPr>
        <w:t>Domicilio: ___________________________________________________________</w:t>
      </w:r>
    </w:p>
    <w:p/>
    <w:p/>
    <w:p>
      <w:r>
        <w:rPr>
          <w:b/>
          <w:sz w:val="20"/>
        </w:rPr>
        <w:t>Asunto:</w:t>
      </w:r>
    </w:p>
    <w:p>
      <w:r>
        <w:rPr>
          <w:b w:val="0"/>
          <w:sz w:val="20"/>
        </w:rPr>
        <w:t>Comunicación de finalización de obra</w:t>
      </w:r>
    </w:p>
    <w:p/>
    <w:p/>
    <w:p>
      <w:r>
        <w:rPr>
          <w:b w:val="0"/>
          <w:sz w:val="20"/>
        </w:rPr>
        <w:t>Muy señores míos:</w:t>
      </w:r>
    </w:p>
    <w:p/>
    <w:p>
      <w:r>
        <w:rPr>
          <w:b w:val="0"/>
          <w:sz w:val="20"/>
        </w:rPr>
        <w:t>Por la presente, y en calidad de propietario/representante de la empresa constructora, se comunica la finalización de las obras correspondientes al proyecto de construcción ubicado en ________________________________________________________________, ejecutadas conforme al proyecto aprobado y a la normativa vigente.</w:t>
      </w:r>
    </w:p>
    <w:p/>
    <w:p>
      <w:r>
        <w:rPr>
          <w:b w:val="0"/>
          <w:sz w:val="20"/>
        </w:rPr>
        <w:t>Se certifica que las obras han sido realizadas con arreglo a las especificaciones técnicas y condiciones contractuales convenidas, encontrándose finalizadas en todas sus fases, sin perjuicio de las comprobaciones y recepciones correspondientes por parte de los órganos competentes.</w:t>
      </w:r>
    </w:p>
    <w:p/>
    <w:p>
      <w:r>
        <w:rPr>
          <w:b w:val="0"/>
          <w:sz w:val="20"/>
        </w:rPr>
        <w:t>Se adjuntan, a tal efecto, los documentos acreditativos de la finalización, tales como actas parciales y finales, certificaciones y demás documentación requerida para la recepción de la obra.</w:t>
      </w:r>
    </w:p>
    <w:p/>
    <w:p>
      <w:r>
        <w:rPr>
          <w:b w:val="0"/>
          <w:sz w:val="20"/>
        </w:rPr>
        <w:t>Quedamos a su disposición para cualquier aclaración o trámite que sea preciso realizar en relación con la finalización de la obra.</w:t>
      </w:r>
    </w:p>
    <w:p/>
    <w:p/>
    <w:p>
      <w:r>
        <w:rPr>
          <w:b w:val="0"/>
          <w:sz w:val="20"/>
        </w:rPr>
        <w:t>Atentamente,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Firma: 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Nombre: ________________________________</w:t>
            </w:r>
          </w:p>
        </w:tc>
      </w:tr>
    </w:tbl>
    <w:p/>
    <w:p/>
    <w:p>
      <w:r>
        <w:rPr>
          <w:b w:val="0"/>
          <w:sz w:val="20"/>
        </w:rPr>
        <w:t>Nota: Esta comunicación no sustituye la recepción formal de la obra, la cual deberá realizarse conforme a la legislación aplicable.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https://lex-inmobiliario.com/modelo-carta-fin-de-obra-construccion/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https://lex-inmobiliario.com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lex-inmobiliario.com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inmobiliario.com/modelo-carta-fin-de-obra-construccion/" TargetMode="External"/><Relationship Id="rId10" Type="http://schemas.openxmlformats.org/officeDocument/2006/relationships/hyperlink" Target="https://lex-inmobiliari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