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ENTREGA DE INMUEBLE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/>
    <w:p>
      <w:r>
        <w:rPr>
          <w:b/>
          <w:sz w:val="20"/>
        </w:rPr>
        <w:t>D./Dña. _________________________________________________________, mayor de edad, con domicilio en _________________________________________________________ y DNI/NIE número ____________________________, en calidad de arrendador/propietario, HACE CONSTAR:</w:t>
      </w:r>
    </w:p>
    <w:p/>
    <w:p>
      <w:r>
        <w:rPr>
          <w:b w:val="0"/>
          <w:sz w:val="20"/>
        </w:rPr>
        <w:t>Primero.- Que en virtud del contrato de arrendamiento/venta suscrito entre las partes, procede a efectuar la entrega material del inmueble objeto del citado contrato.</w:t>
      </w:r>
    </w:p>
    <w:p/>
    <w:p>
      <w:r>
        <w:rPr>
          <w:b w:val="0"/>
          <w:sz w:val="20"/>
        </w:rPr>
        <w:t>Segundo.- Que el inmueble se encuentra ubicado en _________________________________________________________, y se entrega en buen estado de conservación, con todos sus accesorios y pertenencias, de conformidad con lo pactado.</w:t>
      </w:r>
    </w:p>
    <w:p/>
    <w:p>
      <w:r>
        <w:rPr>
          <w:b w:val="0"/>
          <w:sz w:val="20"/>
        </w:rPr>
        <w:t>Tercero.- Que el arrendatario/comprador, D./Dña. _________________________________________________________, mayor de edad, con domicilio en _________________________________________________________ y DNI/NIE número ____________________________, recibe el inmueble en las condiciones descritas, aceptando su estado actual.</w:t>
      </w:r>
    </w:p>
    <w:p/>
    <w:p>
      <w:r>
        <w:rPr>
          <w:b w:val="0"/>
          <w:sz w:val="20"/>
        </w:rPr>
        <w:t>Cuarto.- Que con la firma de la presente carta se da por cumplida la obligación de entrega del inmueble, quedando liberado el arrendador/propietario de cualquier responsabilidad a partir de esta fecha en relación con la posesión del mismo.</w:t>
      </w:r>
    </w:p>
    <w:p/>
    <w:p/>
    <w:p>
      <w:r>
        <w:rPr>
          <w:b/>
          <w:sz w:val="20"/>
        </w:rPr>
        <w:t>Cláusulas:</w:t>
      </w:r>
    </w:p>
    <w:p>
      <w:r>
        <w:rPr>
          <w:b w:val="0"/>
          <w:sz w:val="20"/>
        </w:rPr>
        <w:t>1. La entrega se realiza sin perjuicio de posibles defectos ocultos no apreciables en el momento, entendiendo las partes que el inmueble se encuentra en estado adecuado para la finalidad pactada.</w:t>
      </w:r>
    </w:p>
    <w:p/>
    <w:p>
      <w:r>
        <w:rPr>
          <w:b w:val="0"/>
          <w:sz w:val="20"/>
        </w:rPr>
        <w:t>2. El arrendatario/comprador se compromete a conservar el inmueble y devolverlo en el estado recibido, salvo el desgaste propio del uso ordinario.</w:t>
      </w:r>
    </w:p>
    <w:p/>
    <w:p>
      <w:r>
        <w:rPr>
          <w:b w:val="0"/>
          <w:sz w:val="20"/>
        </w:rPr>
        <w:t>3. Cualquier discrepancia o litigio relacionado con la presente entrega se someterá a la jurisdicción competente, conforme a la legislación vigente en España.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ENTREGADOR / PROPIETARIO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RECEPTOR / ARRENDATARIO / 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https://lex-inmobiliario.com/modelo-carta-entrega-de-inmueble/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carta-entrega-de-inmueble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