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CAMBIO DE TITULARIDAD DE CONTRATO DE ALQUILER</w:t>
      </w:r>
    </w:p>
    <w:p/>
    <w:p>
      <w:r>
        <w:rPr>
          <w:b/>
          <w:sz w:val="20"/>
        </w:rPr>
        <w:t>Datos del Contrato Original:</w:t>
      </w:r>
    </w:p>
    <w:p>
      <w:r>
        <w:rPr>
          <w:b w:val="0"/>
          <w:sz w:val="20"/>
        </w:rPr>
        <w:t>Arrendador: ____________________________________________________________</w:t>
      </w:r>
    </w:p>
    <w:p>
      <w:r>
        <w:rPr>
          <w:b w:val="0"/>
          <w:sz w:val="20"/>
        </w:rPr>
        <w:t>NIF/CIF: _______________________________________________________________</w:t>
      </w:r>
    </w:p>
    <w:p>
      <w:r>
        <w:rPr>
          <w:b w:val="0"/>
          <w:sz w:val="20"/>
        </w:rPr>
        <w:t>Domicilio: ______________________________________________________________</w:t>
      </w:r>
    </w:p>
    <w:p>
      <w:r>
        <w:rPr>
          <w:b w:val="0"/>
          <w:sz w:val="20"/>
        </w:rPr>
        <w:t>Arrendatario actual: ____________________________________________________</w:t>
      </w:r>
    </w:p>
    <w:p>
      <w:r>
        <w:rPr>
          <w:b w:val="0"/>
          <w:sz w:val="20"/>
        </w:rPr>
        <w:t>NIF/CIF: _______________________________________________________________</w:t>
      </w:r>
    </w:p>
    <w:p>
      <w:r>
        <w:rPr>
          <w:b w:val="0"/>
          <w:sz w:val="20"/>
        </w:rPr>
        <w:t>Domicilio: ______________________________________________________________</w:t>
      </w:r>
    </w:p>
    <w:p>
      <w:r>
        <w:rPr>
          <w:b w:val="0"/>
          <w:sz w:val="20"/>
        </w:rPr>
        <w:t>Inmueble objeto del contrato: ____________________________________________</w:t>
      </w:r>
    </w:p>
    <w:p>
      <w:r>
        <w:rPr>
          <w:b w:val="0"/>
          <w:sz w:val="20"/>
        </w:rPr>
        <w:t>Dirección: ______________________________________________________________</w:t>
      </w:r>
    </w:p>
    <w:p/>
    <w:p>
      <w:r>
        <w:rPr>
          <w:b/>
          <w:sz w:val="20"/>
        </w:rPr>
        <w:t>Nuevo Arrendatario:</w:t>
      </w:r>
    </w:p>
    <w:p>
      <w:r>
        <w:rPr>
          <w:b w:val="0"/>
          <w:sz w:val="20"/>
        </w:rPr>
        <w:t>Nombre y Apellidos o Razón Social: ______________________________________</w:t>
      </w:r>
    </w:p>
    <w:p>
      <w:r>
        <w:rPr>
          <w:b w:val="0"/>
          <w:sz w:val="20"/>
        </w:rPr>
        <w:t>NIF/CIF: _______________________________________________________________</w:t>
      </w:r>
    </w:p>
    <w:p>
      <w:r>
        <w:rPr>
          <w:b w:val="0"/>
          <w:sz w:val="20"/>
        </w:rPr>
        <w:t>Domicilio: ______________________________________________________________</w:t>
      </w:r>
    </w:p>
    <w:p/>
    <w:p>
      <w:r>
        <w:rPr>
          <w:b/>
          <w:sz w:val="20"/>
        </w:rPr>
        <w:t>Exposición de motivos:</w:t>
      </w:r>
    </w:p>
    <w:p>
      <w:r>
        <w:rPr>
          <w:b w:val="0"/>
          <w:sz w:val="20"/>
        </w:rPr>
        <w:t>Las partes, de mutuo acuerdo, proceden a formalizar el presente documento con la finalidad de efectuar el cambio de titularidad del contrato de alquiler referido al inmueble descrito, conservando todas las condiciones pactadas en el contrato original, salvo las modificaciones expresamente reflejadas en este documento.</w:t>
      </w:r>
    </w:p>
    <w:p/>
    <w:p>
      <w:r>
        <w:rPr>
          <w:b/>
          <w:sz w:val="20"/>
        </w:rPr>
        <w:t>Cláusula 1 – Objeto del cambio de titularidad</w:t>
      </w:r>
    </w:p>
    <w:p>
      <w:r>
        <w:rPr>
          <w:b w:val="0"/>
          <w:sz w:val="20"/>
        </w:rPr>
        <w:t>El arrendador y el arrendatario actual acuerdan ceder y aceptar, respectivamente, la transmisión de la posición contractual del citado contrato de alquiler a favor del nuevo arrendatario, quien asume todos los derechos y obligaciones derivados del mismo desde la fecha de firma del presente documento.</w:t>
      </w:r>
    </w:p>
    <w:p/>
    <w:p>
      <w:r>
        <w:rPr>
          <w:b/>
          <w:sz w:val="20"/>
        </w:rPr>
        <w:t>Cláusula 2 – Consentimiento del arrendador</w:t>
      </w:r>
    </w:p>
    <w:p>
      <w:r>
        <w:rPr>
          <w:b w:val="0"/>
          <w:sz w:val="20"/>
        </w:rPr>
        <w:t>El arrendador manifiesta su consentimiento expreso para el cambio de titularidad del contrato de alquiler, renunciando a cualquier derecho de oposición salvo causa legal o contractual justificada.</w:t>
      </w:r>
    </w:p>
    <w:p/>
    <w:p>
      <w:r>
        <w:rPr>
          <w:b/>
          <w:sz w:val="20"/>
        </w:rPr>
        <w:t>Cláusula 3 – Vigencia y efectos</w:t>
      </w:r>
    </w:p>
    <w:p>
      <w:r>
        <w:rPr>
          <w:b w:val="0"/>
          <w:sz w:val="20"/>
        </w:rPr>
        <w:t>El cambio de titularidad tendrá efectos desde la fecha de firma del presente documento, permaneciendo vigentes todas las cláusulas y condiciones del contrato original, sin perjuicio de las modificaciones que se hayan pactado expresamente en este acto.</w:t>
      </w:r>
    </w:p>
    <w:p/>
    <w:p>
      <w:r>
        <w:rPr>
          <w:b/>
          <w:sz w:val="20"/>
        </w:rPr>
        <w:t>Cláusula 4 – Obligaciones del nuevo arrendatario</w:t>
      </w:r>
    </w:p>
    <w:p>
      <w:r>
        <w:rPr>
          <w:b w:val="0"/>
          <w:sz w:val="20"/>
        </w:rPr>
        <w:t>El nuevo arrendatario se compromete a cumplir con todas las obligaciones derivadas del contrato de alquiler, incluida la realización de los pagos en las condiciones y plazos establecidos, así como el mantenimiento del inmueble en las condiciones pactadas.</w:t>
      </w:r>
    </w:p>
    <w:p/>
    <w:p>
      <w:r>
        <w:rPr>
          <w:b/>
          <w:sz w:val="20"/>
        </w:rPr>
        <w:t>Cláusula 5 – Liberación del arrendatario anterior</w:t>
      </w:r>
    </w:p>
    <w:p>
      <w:r>
        <w:rPr>
          <w:b w:val="0"/>
          <w:sz w:val="20"/>
        </w:rPr>
        <w:t>Desde la fecha de firma del presente documento, el arrendatario anterior queda liberado de todas las obligaciones y responsabilidades derivadas del contrato de alquiler, sin perjuicio de que las partes puedan acordar responsabilidades solidarias o subsidiarias en caso de incumplimiento anterior a dicha fecha.</w:t>
      </w:r>
    </w:p>
    <w:p/>
    <w:p>
      <w:r>
        <w:rPr>
          <w:b/>
          <w:sz w:val="20"/>
        </w:rPr>
        <w:t>Cláusula 6 – Comunicaciones</w:t>
      </w:r>
    </w:p>
    <w:p>
      <w:r>
        <w:rPr>
          <w:b w:val="0"/>
          <w:sz w:val="20"/>
        </w:rPr>
        <w:t>Las partes se comprometen a comunicar el presente cambio de titularidad a cualquier organismo o entidad que lo requiera, así como a actualizar los datos registrales, fiscales o administrativos que correspondan.</w:t>
      </w:r>
    </w:p>
    <w:p/>
    <w:p>
      <w:r>
        <w:rPr>
          <w:b/>
          <w:sz w:val="20"/>
        </w:rPr>
        <w:t>Cláusula 7 – Legislación aplicable y jurisdicción</w:t>
      </w:r>
    </w:p>
    <w:p>
      <w:r>
        <w:rPr>
          <w:b w:val="0"/>
          <w:sz w:val="20"/>
        </w:rPr>
        <w:t>El presente documento se rige por la legislación española vigente en materia de arrendamientos urbanos y civiles. Para la resolución de cualquier controversia derivada del presente acto, las partes se someten a la jurisdicción de los juzgados y tribunales del lugar donde se ubique el inmueble.</w:t>
      </w:r>
    </w:p>
    <w:p/>
    <w:p/>
    <w:p>
      <w:r>
        <w:rPr>
          <w:b w:val="0"/>
          <w:sz w:val="20"/>
        </w:rPr>
        <w:t>Lugar y fecha de la firma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ARRENDADOR</w:t>
            </w:r>
          </w:p>
        </w:tc>
        <w:tc>
          <w:tcPr>
            <w:tcW w:type="dxa" w:w="4986"/>
            <w:tcBorders>
              <w:top w:val="nil"/>
              <w:left w:val="nil"/>
              <w:bottom w:val="nil"/>
              <w:right w:val="nil"/>
              <w:insideH w:val="nil"/>
              <w:insideV w:val="nil"/>
            </w:tcBorders>
          </w:tcPr>
          <w:p>
            <w:pPr>
              <w:jc w:val="center"/>
            </w:pPr>
            <w:r>
              <w:t>NUEVO ARRENDATARIO</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https://lex-inmobiliario.com/modelo-cambio-titular-contrato-alquiler/</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https://lex-inmobiliario.com</w:t>
        </w:r>
      </w:hyperlink>
    </w:p>
    <w:p>
      <w:pPr>
        <w:jc w:val="center"/>
      </w:pPr>
      <w:r>
        <w:rPr>
          <w:color w:val="808080"/>
          <w:sz w:val="20"/>
        </w:rPr>
        <w:t>Esta plantilla está destinada exclusivamente para uso personal y no comercial.</w:t>
        <w:br/>
        <w:t>En caso de distribución o publicación, es obligatorio mencionar la fuente. © lex-inmobiliario.com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inmobiliario.com/modelo-cambio-titular-contrato-alquiler/" TargetMode="External"/><Relationship Id="rId10" Type="http://schemas.openxmlformats.org/officeDocument/2006/relationships/hyperlink" Target="https://lex-inmobiliar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