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ANEXO AL CONTRATO DE ARRENDAMIENTO PARA CAMBIO DE ARRENDATARIO</w:t>
      </w:r>
    </w:p>
    <w:p/>
    <w:p>
      <w:r>
        <w:rPr>
          <w:b/>
          <w:sz w:val="20"/>
        </w:rPr>
        <w:t>REUNIDOS</w:t>
      </w:r>
    </w:p>
    <w:p>
      <w:r>
        <w:rPr>
          <w:b w:val="0"/>
          <w:sz w:val="20"/>
        </w:rPr>
        <w:t>De una parte, el ARRENDADOR, titular del contrato de arrendamiento cuya referencia y condiciones se expresan a continuación:</w:t>
      </w:r>
    </w:p>
    <w:p>
      <w:r>
        <w:rPr>
          <w:b w:val="0"/>
          <w:sz w:val="20"/>
        </w:rPr>
        <w:t>Contrato de arrendamiento suscrito entre las partes que se modifica mediante el presente anexo.</w:t>
      </w:r>
    </w:p>
    <w:p/>
    <w:p>
      <w:r>
        <w:rPr>
          <w:b w:val="0"/>
          <w:sz w:val="20"/>
        </w:rPr>
        <w:t>Y de otra parte, el NUEVO ARRENDATARIO, que a partir de la firma de este anexo sustituye al anterior arrendatario en todas las obligaciones y derechos derivados del citado contrato.</w:t>
      </w:r>
    </w:p>
    <w:p/>
    <w:p/>
    <w:p>
      <w:r>
        <w:rPr>
          <w:b/>
          <w:sz w:val="20"/>
        </w:rPr>
        <w:t>DATOS DEL CONTRATO INICIAL</w:t>
      </w:r>
    </w:p>
    <w:p>
      <w:r>
        <w:rPr>
          <w:b w:val="0"/>
          <w:sz w:val="20"/>
        </w:rPr>
        <w:t>Referencia del contrato : _______________________________________________</w:t>
      </w:r>
    </w:p>
    <w:p>
      <w:r>
        <w:rPr>
          <w:b w:val="0"/>
          <w:sz w:val="20"/>
        </w:rPr>
        <w:t>Fecha de firma : _________________________________________________________</w:t>
      </w:r>
    </w:p>
    <w:p>
      <w:r>
        <w:rPr>
          <w:b w:val="0"/>
          <w:sz w:val="20"/>
        </w:rPr>
        <w:t>Domicilio del inmueble arrendado : _______________________________________</w:t>
      </w:r>
    </w:p>
    <w:p/>
    <w:p>
      <w:r>
        <w:rPr>
          <w:b/>
          <w:sz w:val="20"/>
        </w:rPr>
        <w:t>DATOS DEL ARRENDADOR</w:t>
      </w:r>
    </w:p>
    <w:p>
      <w:r>
        <w:rPr>
          <w:b w:val="0"/>
          <w:sz w:val="20"/>
        </w:rPr>
        <w:t>Nombre y apellidos / Razón social : _____________________________________</w:t>
      </w:r>
    </w:p>
    <w:p>
      <w:r>
        <w:rPr>
          <w:b w:val="0"/>
          <w:sz w:val="20"/>
        </w:rPr>
        <w:t>DNI / CIF : _____________________________________________________________</w:t>
      </w:r>
    </w:p>
    <w:p>
      <w:r>
        <w:rPr>
          <w:b w:val="0"/>
          <w:sz w:val="20"/>
        </w:rPr>
        <w:t>Dirección : ____________________________________________________________</w:t>
      </w:r>
    </w:p>
    <w:p>
      <w:r>
        <w:rPr>
          <w:b w:val="0"/>
          <w:sz w:val="20"/>
        </w:rPr>
        <w:t>Teléfono : _____________________________________________________________</w:t>
      </w:r>
    </w:p>
    <w:p/>
    <w:p>
      <w:r>
        <w:rPr>
          <w:b/>
          <w:sz w:val="20"/>
        </w:rPr>
        <w:t>DATOS DEL ARRENDATARIO SALIENTE</w:t>
      </w:r>
    </w:p>
    <w:p>
      <w:r>
        <w:rPr>
          <w:b w:val="0"/>
          <w:sz w:val="20"/>
        </w:rPr>
        <w:t>Nombre y apellidos : ____________________________________________________</w:t>
      </w:r>
    </w:p>
    <w:p>
      <w:r>
        <w:rPr>
          <w:b w:val="0"/>
          <w:sz w:val="20"/>
        </w:rPr>
        <w:t>DNI : _________________________________________________________________</w:t>
      </w:r>
    </w:p>
    <w:p/>
    <w:p>
      <w:r>
        <w:rPr>
          <w:b/>
          <w:sz w:val="20"/>
        </w:rPr>
        <w:t>DATOS DEL NUEVO ARRENDATARIO</w:t>
      </w:r>
    </w:p>
    <w:p>
      <w:r>
        <w:rPr>
          <w:b w:val="0"/>
          <w:sz w:val="20"/>
        </w:rPr>
        <w:t>Nombre y apellidos : ____________________________________________________</w:t>
      </w:r>
    </w:p>
    <w:p>
      <w:r>
        <w:rPr>
          <w:b w:val="0"/>
          <w:sz w:val="20"/>
        </w:rPr>
        <w:t>DNI : _________________________________________________________________</w:t>
      </w:r>
    </w:p>
    <w:p>
      <w:r>
        <w:rPr>
          <w:b w:val="0"/>
          <w:sz w:val="20"/>
        </w:rPr>
        <w:t>Dirección : ____________________________________________________________</w:t>
      </w:r>
    </w:p>
    <w:p>
      <w:r>
        <w:rPr>
          <w:b w:val="0"/>
          <w:sz w:val="20"/>
        </w:rPr>
        <w:t>Teléfono : _____________________________________________________________</w:t>
      </w:r>
    </w:p>
    <w:p/>
    <w:p>
      <w:r>
        <w:rPr>
          <w:b/>
          <w:sz w:val="20"/>
        </w:rPr>
        <w:t>CLÁUSULAS</w:t>
      </w:r>
    </w:p>
    <w:p/>
    <w:p>
      <w:r>
        <w:rPr>
          <w:b/>
          <w:sz w:val="20"/>
        </w:rPr>
        <w:t>Primera – Objeto del anexo</w:t>
      </w:r>
    </w:p>
    <w:p>
      <w:r>
        <w:rPr>
          <w:b w:val="0"/>
          <w:sz w:val="20"/>
        </w:rPr>
        <w:t>El presente documento tiene por objeto la sustitución del arrendatario original por el nuevo arrendatario en el contrato de arrendamiento referido, en todos sus derechos y obligaciones a partir de la firma del presente anexo.</w:t>
      </w:r>
    </w:p>
    <w:p/>
    <w:p>
      <w:r>
        <w:rPr>
          <w:b/>
          <w:sz w:val="20"/>
        </w:rPr>
        <w:t>Segunda – Consentimiento del arrendador</w:t>
      </w:r>
    </w:p>
    <w:p>
      <w:r>
        <w:rPr>
          <w:b w:val="0"/>
          <w:sz w:val="20"/>
        </w:rPr>
        <w:t>El arrendador otorga su consentimiento expreso para el cambio de arrendatario, quedando el nuevo arrendatario obligado frente al arrendador por todas las condiciones establecidas en el contrato original, sin perjuicio de las modificaciones expresamente pactadas en este anexo.</w:t>
      </w:r>
    </w:p>
    <w:p/>
    <w:p>
      <w:r>
        <w:rPr>
          <w:b/>
          <w:sz w:val="20"/>
        </w:rPr>
        <w:t>Tercera – Duración y condiciones</w:t>
      </w:r>
    </w:p>
    <w:p>
      <w:r>
        <w:rPr>
          <w:b w:val="0"/>
          <w:sz w:val="20"/>
        </w:rPr>
        <w:t>La duración, renta, forma de pago y demás condiciones del contrato de arrendamiento original permanecen vigentes y sin modificación alguna, salvo lo dispuesto en este anexo.</w:t>
      </w:r>
    </w:p>
    <w:p/>
    <w:p>
      <w:r>
        <w:rPr>
          <w:b/>
          <w:sz w:val="20"/>
        </w:rPr>
        <w:t>Cuarta – Responsabilidad solidaria</w:t>
      </w:r>
    </w:p>
    <w:p>
      <w:r>
        <w:rPr>
          <w:b w:val="0"/>
          <w:sz w:val="20"/>
        </w:rPr>
        <w:t>El arrendatario saliente se libera de las obligaciones futuras derivadas del contrato de arrendamiento a partir de la firma de este anexo, renunciando a cualquier reclamación posterior. El nuevo arrendatario se hace responsable de todas las obligaciones y derechos desde este momento.</w:t>
      </w:r>
    </w:p>
    <w:p/>
    <w:p>
      <w:r>
        <w:rPr>
          <w:b/>
          <w:sz w:val="20"/>
        </w:rPr>
        <w:t>Quinta – Gastos y tributos</w:t>
      </w:r>
    </w:p>
    <w:p>
      <w:r>
        <w:rPr>
          <w:b w:val="0"/>
          <w:sz w:val="20"/>
        </w:rPr>
        <w:t>Los gastos, tributos y demás obligaciones fiscales que deriven del contrato de arrendamiento serán de cuenta del nuevo arrendatario a partir de la firma del presente anexo.</w:t>
      </w:r>
    </w:p>
    <w:p/>
    <w:p>
      <w:r>
        <w:rPr>
          <w:b/>
          <w:sz w:val="20"/>
        </w:rPr>
        <w:t>Sexta – Ratificación y aceptación</w:t>
      </w:r>
    </w:p>
    <w:p>
      <w:r>
        <w:rPr>
          <w:b w:val="0"/>
          <w:sz w:val="20"/>
        </w:rPr>
        <w:t>Las partes ratifican y aceptan todas las cláusulas del contrato original no modificadas expresamente en este anexo, comprometiéndose a cumplirlas íntegramente.</w:t>
      </w:r>
    </w:p>
    <w:p/>
    <w:p/>
    <w:p>
      <w:r>
        <w:rPr>
          <w:b w:val="0"/>
          <w:sz w:val="20"/>
        </w:rPr>
        <w:t>Lugar y fecha de la firma : _____________________________________________</w:t>
      </w:r>
    </w:p>
    <w:p/>
    <w:p/>
    <w:tbl>
      <w:tblPr>
        <w:tblW w:type="auto" w:w="0"/>
        <w:tblLayout w:type="autofit"/>
        <w:tblLook w:firstColumn="1" w:firstRow="1" w:lastColumn="0" w:lastRow="0" w:noHBand="0" w:noVBand="1" w:val="04A0"/>
      </w:tblPr>
      <w:tblGrid>
        <w:gridCol w:w="3324"/>
        <w:gridCol w:w="3324"/>
        <w:gridCol w:w="3324"/>
      </w:tblGrid>
      <w:tr>
        <w:tc>
          <w:tcPr>
            <w:tcW w:type="dxa" w:w="3324"/>
            <w:tcBorders>
              <w:top w:val="nil"/>
              <w:left w:val="nil"/>
              <w:bottom w:val="nil"/>
              <w:right w:val="nil"/>
              <w:insideH w:val="nil"/>
              <w:insideV w:val="nil"/>
            </w:tcBorders>
          </w:tcPr>
          <w:p>
            <w:pPr>
              <w:jc w:val="center"/>
            </w:pPr>
            <w:r>
              <w:t>ARRENDADOR</w:t>
            </w:r>
          </w:p>
        </w:tc>
        <w:tc>
          <w:tcPr>
            <w:tcW w:type="dxa" w:w="3324"/>
            <w:tcBorders>
              <w:top w:val="nil"/>
              <w:left w:val="nil"/>
              <w:bottom w:val="nil"/>
              <w:right w:val="nil"/>
              <w:insideH w:val="nil"/>
              <w:insideV w:val="nil"/>
            </w:tcBorders>
          </w:tcPr>
          <w:p>
            <w:pPr>
              <w:jc w:val="center"/>
            </w:pPr>
            <w:r>
              <w:t>ARRENDATARIO SALIENTE</w:t>
            </w:r>
          </w:p>
        </w:tc>
        <w:tc>
          <w:tcPr>
            <w:tcW w:type="dxa" w:w="3324"/>
            <w:tcBorders>
              <w:top w:val="nil"/>
              <w:left w:val="nil"/>
              <w:bottom w:val="nil"/>
              <w:right w:val="nil"/>
              <w:insideH w:val="nil"/>
              <w:insideV w:val="nil"/>
            </w:tcBorders>
          </w:tcPr>
          <w:p>
            <w:pPr>
              <w:jc w:val="center"/>
            </w:pPr>
            <w:r>
              <w:t>NUEVO ARRENDATARIO</w:t>
            </w:r>
          </w:p>
        </w:tc>
      </w:tr>
      <w:tr>
        <w:tc>
          <w:tcPr>
            <w:tcW w:type="dxa" w:w="3324"/>
            <w:tcBorders>
              <w:top w:val="nil"/>
              <w:left w:val="nil"/>
              <w:bottom w:val="nil"/>
              <w:right w:val="nil"/>
              <w:insideH w:val="nil"/>
              <w:insideV w:val="nil"/>
            </w:tcBorders>
          </w:tcPr>
          <w:p>
            <w:pPr>
              <w:jc w:val="center"/>
            </w:pPr>
            <w:r>
              <w:br/>
              <w:br/>
              <w:t>Firma : _________________________</w:t>
            </w:r>
          </w:p>
        </w:tc>
        <w:tc>
          <w:tcPr>
            <w:tcW w:type="dxa" w:w="3324"/>
            <w:tcBorders>
              <w:top w:val="nil"/>
              <w:left w:val="nil"/>
              <w:bottom w:val="nil"/>
              <w:right w:val="nil"/>
              <w:insideH w:val="nil"/>
              <w:insideV w:val="nil"/>
            </w:tcBorders>
          </w:tcPr>
          <w:p>
            <w:pPr>
              <w:jc w:val="center"/>
            </w:pPr>
            <w:r>
              <w:br/>
              <w:br/>
              <w:t>Firma : _________________________</w:t>
            </w:r>
          </w:p>
        </w:tc>
        <w:tc>
          <w:tcPr>
            <w:tcW w:type="dxa" w:w="3324"/>
            <w:tcBorders>
              <w:top w:val="nil"/>
              <w:left w:val="nil"/>
              <w:bottom w:val="nil"/>
              <w:right w:val="nil"/>
              <w:insideH w:val="nil"/>
              <w:insideV w:val="nil"/>
            </w:tcBorders>
          </w:tcPr>
          <w:p>
            <w:pPr>
              <w:jc w:val="center"/>
            </w:pPr>
            <w:r>
              <w:br/>
              <w:br/>
              <w:t>Firma : _________________________</w:t>
            </w:r>
          </w:p>
        </w:tc>
      </w:tr>
      <w:tr>
        <w:tc>
          <w:tcPr>
            <w:tcW w:type="dxa" w:w="3324"/>
            <w:tcBorders>
              <w:top w:val="nil"/>
              <w:left w:val="nil"/>
              <w:bottom w:val="nil"/>
              <w:right w:val="nil"/>
              <w:insideH w:val="nil"/>
              <w:insideV w:val="nil"/>
            </w:tcBorders>
          </w:tcPr>
          <w:p>
            <w:pPr>
              <w:jc w:val="center"/>
            </w:pPr>
            <w:r>
              <w:t>Nombre : ________________________________</w:t>
            </w:r>
          </w:p>
        </w:tc>
        <w:tc>
          <w:tcPr>
            <w:tcW w:type="dxa" w:w="3324"/>
            <w:tcBorders>
              <w:top w:val="nil"/>
              <w:left w:val="nil"/>
              <w:bottom w:val="nil"/>
              <w:right w:val="nil"/>
              <w:insideH w:val="nil"/>
              <w:insideV w:val="nil"/>
            </w:tcBorders>
          </w:tcPr>
          <w:p>
            <w:pPr>
              <w:jc w:val="center"/>
            </w:pPr>
            <w:r>
              <w:t>Nombre : ________________________________</w:t>
            </w:r>
          </w:p>
        </w:tc>
        <w:tc>
          <w:tcPr>
            <w:tcW w:type="dxa" w:w="3324"/>
            <w:tcBorders>
              <w:top w:val="nil"/>
              <w:left w:val="nil"/>
              <w:bottom w:val="nil"/>
              <w:right w:val="nil"/>
              <w:insideH w:val="nil"/>
              <w:insideV w:val="nil"/>
            </w:tcBorders>
          </w:tcPr>
          <w:p>
            <w:pPr>
              <w:jc w:val="center"/>
            </w:pPr>
            <w:r>
              <w:t>Nombre : ________________________________</w:t>
            </w:r>
          </w:p>
        </w:tc>
      </w:tr>
    </w:tbl>
    <w:p>
      <w:r>
        <w:br w:type="page"/>
      </w:r>
    </w:p>
    <w:p>
      <w:pPr>
        <w:jc w:val="center"/>
      </w:pPr>
      <w:r>
        <w:rPr>
          <w:color w:val="555555"/>
          <w:sz w:val="24"/>
        </w:rPr>
        <w:t>Fuente original de este documento:</w:t>
      </w:r>
    </w:p>
    <w:p>
      <w:pPr>
        <w:jc w:val="center"/>
      </w:pPr>
      <w:hyperlink r:id="rId9">
        <w:r>
          <w:rPr>
            <w:color w:val="0000FF"/>
            <w:u w:val="single"/>
          </w:rPr>
          <w:t>https://lex-inmobiliario.com/modelo-anexo-contrato-arrendamiento-cambio-arrendatario/</w:t>
        </w:r>
      </w:hyperlink>
    </w:p>
    <w:p>
      <w:pPr>
        <w:jc w:val="center"/>
      </w:pPr>
      <w:r>
        <w:rPr>
          <w:color w:val="555555"/>
          <w:sz w:val="26"/>
        </w:rPr>
        <w:t>¿Le resultó útil esta plantilla?</w:t>
      </w:r>
    </w:p>
    <w:p>
      <w:pPr>
        <w:jc w:val="center"/>
      </w:pPr>
      <w:r>
        <w:rPr>
          <w:color w:val="555555"/>
          <w:sz w:val="26"/>
        </w:rPr>
        <w:t>Encuentre más plantillas actualizadas en:</w:t>
      </w:r>
    </w:p>
    <w:p>
      <w:pPr>
        <w:jc w:val="center"/>
      </w:pPr>
      <w:hyperlink r:id="rId10">
        <w:r>
          <w:rPr>
            <w:color w:val="0000FF"/>
            <w:u w:val="single"/>
          </w:rPr>
          <w:t>https://lex-inmobiliario.com</w:t>
        </w:r>
      </w:hyperlink>
    </w:p>
    <w:p>
      <w:pPr>
        <w:jc w:val="center"/>
      </w:pPr>
      <w:r>
        <w:rPr>
          <w:color w:val="808080"/>
          <w:sz w:val="20"/>
        </w:rPr>
        <w:t>Esta plantilla está destinada exclusivamente para uso personal y no comercial.</w:t>
        <w:br/>
        <w:t>En caso de distribución o publicación, es obligatorio mencionar la fuente. © lex-inmobiliario.com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x-inmobiliario.com/modelo-anexo-contrato-arrendamiento-cambio-arrendatario/" TargetMode="External"/><Relationship Id="rId10" Type="http://schemas.openxmlformats.org/officeDocument/2006/relationships/hyperlink" Target="https://lex-inmobiliari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