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ANEXO CONTRATO DE ALQUILER</w:t>
      </w:r>
    </w:p>
    <w:p>
      <w:pPr>
        <w:jc w:val="center"/>
      </w:pPr>
      <w:r>
        <w:rPr>
          <w:b/>
          <w:sz w:val="20"/>
        </w:rPr>
        <w:t>RENUNCIA Y DESVINCULACIÓN DE ARRENDATARIO</w:t>
      </w:r>
    </w:p>
    <w:p/>
    <w:p/>
    <w:p>
      <w:r>
        <w:rPr>
          <w:b/>
          <w:sz w:val="20"/>
        </w:rPr>
        <w:t>REUNIDOS</w:t>
      </w:r>
    </w:p>
    <w:p>
      <w:r>
        <w:rPr>
          <w:b w:val="0"/>
          <w:sz w:val="20"/>
        </w:rPr>
        <w:t>De una parte, D./Dª ________________________________________________________, con DNI/NIE _____________________________________________________________, en adelante, el ARRENDADOR.</w:t>
      </w:r>
    </w:p>
    <w:p/>
    <w:p>
      <w:r>
        <w:rPr>
          <w:b w:val="0"/>
          <w:sz w:val="20"/>
        </w:rPr>
        <w:t>Y de otra parte, D./Dª ________________________________________________________, con DNI/NIE _____________________________________________________________, en adelante, el ARRENDATARIO RENUNCIANTE.</w:t>
      </w:r>
    </w:p>
    <w:p/>
    <w:p>
      <w:r>
        <w:rPr>
          <w:b/>
          <w:sz w:val="20"/>
        </w:rPr>
        <w:t>EXPONEN</w:t>
      </w:r>
    </w:p>
    <w:p>
      <w:r>
        <w:rPr>
          <w:b w:val="0"/>
          <w:sz w:val="20"/>
        </w:rPr>
        <w:t>I. Que ambas partes están vinculadas por un contrato de arrendamiento de fecha _______________, referido a la finca ubicada en ____________________________________________________, con referencia catastral ___________________________________________________________.</w:t>
      </w:r>
    </w:p>
    <w:p/>
    <w:p>
      <w:r>
        <w:rPr>
          <w:b w:val="0"/>
          <w:sz w:val="20"/>
        </w:rPr>
        <w:t>II. Que el ARRENDATARIO RENUNCIANTE desea desistir y desvincularse voluntariamente de dicho contrato, cediendo y renunciando a todos sus derechos y obligaciones derivados del mismo.</w:t>
      </w:r>
    </w:p>
    <w:p/>
    <w:p>
      <w:r>
        <w:rPr>
          <w:b w:val="0"/>
          <w:sz w:val="20"/>
        </w:rPr>
        <w:t>III. Que el ARRENDADOR, tras haber aceptado esta desvinculación, acuerda formalizar el presente anexo para dejar constancia de la renuncia y liberación del ARRENDATARIO RENUNCIANTE.</w:t>
      </w:r>
    </w:p>
    <w:p/>
    <w:p>
      <w:r>
        <w:rPr>
          <w:b/>
          <w:sz w:val="20"/>
        </w:rPr>
        <w:t>ACUERDAN</w:t>
      </w:r>
    </w:p>
    <w:p>
      <w:r>
        <w:rPr>
          <w:b w:val="0"/>
          <w:sz w:val="20"/>
        </w:rPr>
        <w:t>Primero. Renuncia y desvinculación</w:t>
      </w:r>
    </w:p>
    <w:p>
      <w:r>
        <w:rPr>
          <w:b w:val="0"/>
          <w:sz w:val="20"/>
        </w:rPr>
        <w:t>El ARRENDATARIO RENUNCIANTE renuncia expresamente a todos los derechos y obligaciones derivados del contrato de arrendamiento referido, quedando liberado de cualquier responsabilidad futura respecto al mismo.</w:t>
      </w:r>
    </w:p>
    <w:p/>
    <w:p>
      <w:r>
        <w:rPr>
          <w:b w:val="0"/>
          <w:sz w:val="20"/>
        </w:rPr>
        <w:t>Segundo. Continuidad del contrato</w:t>
      </w:r>
    </w:p>
    <w:p>
      <w:r>
        <w:rPr>
          <w:b w:val="0"/>
          <w:sz w:val="20"/>
        </w:rPr>
        <w:t>El contrato de arrendamiento continuará vigente exclusivamente entre el ARRENDADOR y los restantes arrendatarios, si los hubiere, o conforme a lo pactado en el contrato principal.</w:t>
      </w:r>
    </w:p>
    <w:p/>
    <w:p>
      <w:r>
        <w:rPr>
          <w:b w:val="0"/>
          <w:sz w:val="20"/>
        </w:rPr>
        <w:t>Tercero. Estado de la vivienda y entrega de llaves</w:t>
      </w:r>
    </w:p>
    <w:p>
      <w:r>
        <w:rPr>
          <w:b w:val="0"/>
          <w:sz w:val="20"/>
        </w:rPr>
        <w:t>El ARRENDATARIO RENUNCIANTE declara haber entregado al ARRENDADOR las llaves y la posesión efectiva de la vivienda en el estado en que fue recibida, salvo el desgaste derivado del uso normal.</w:t>
      </w:r>
    </w:p>
    <w:p/>
    <w:p>
      <w:r>
        <w:rPr>
          <w:b w:val="0"/>
          <w:sz w:val="20"/>
        </w:rPr>
        <w:t>Cuarto. Obligaciones pendientes</w:t>
      </w:r>
    </w:p>
    <w:p>
      <w:r>
        <w:rPr>
          <w:b w:val="0"/>
          <w:sz w:val="20"/>
        </w:rPr>
        <w:t>Con la firma del presente anexo, el ARRENDATARIO RENUNCIANTE manifiesta no tener cantidad alguna pendiente de pago ni reclamación frente al ARRENDADOR derivada del contrato de arrendamiento.</w:t>
      </w:r>
    </w:p>
    <w:p/>
    <w:p>
      <w:r>
        <w:rPr>
          <w:b w:val="0"/>
          <w:sz w:val="20"/>
        </w:rPr>
        <w:t>Quinto. Acuerdo completo</w:t>
      </w:r>
    </w:p>
    <w:p>
      <w:r>
        <w:rPr>
          <w:b w:val="0"/>
          <w:sz w:val="20"/>
        </w:rPr>
        <w:t>El presente anexo constituye el acuerdo completo entre las partes en relación a la renuncia y desvinculación del ARRENDATARIO RENUNCIANTE, y deja sin efecto cualquier acuerdo previo en contrario.</w:t>
      </w:r>
    </w:p>
    <w:p/>
    <w:p>
      <w:r>
        <w:rPr>
          <w:b w:val="0"/>
          <w:sz w:val="20"/>
        </w:rPr>
        <w:t>Sexto. Legislación aplicable y jurisdicción</w:t>
      </w:r>
    </w:p>
    <w:p>
      <w:r>
        <w:rPr>
          <w:b w:val="0"/>
          <w:sz w:val="20"/>
        </w:rPr>
        <w:t>Para todo lo no previsto en el presente anexo, las partes se someten a lo dispuesto en el contrato de arrendamiento original y, en su defecto, a la legislación vigente en materia de arrendamientos urbanos. Cualquier controversia será sometida a los Juzgados y Tribunales del domicilio del inmueble.</w:t>
      </w:r>
    </w:p>
    <w:p/>
    <w:p/>
    <w:p>
      <w:r>
        <w:rPr>
          <w:b w:val="0"/>
          <w:sz w:val="20"/>
        </w:rPr>
        <w:t>Y en prueba de conformidad, firman el presente anexo, por duplicado y a un solo efecto, en el lugar que corresponda y sin fecha.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EL ARRENDADOR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EL ARRENDATARIO RENUNCIANTE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https://lex-inmobiliario.com/modelo-anexo-contrato-alquiler-quitar-un-arrendatario/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anexo-contrato-alquiler-quitar-un-arrendatario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