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ACTA DE DESLINDE ENTRE PARTICULARES</w:t>
      </w:r>
    </w:p>
    <w:p/>
    <w:p>
      <w:r>
        <w:rPr>
          <w:b w:val="0"/>
          <w:sz w:val="20"/>
        </w:rPr>
        <w:t xml:space="preserve">Lugar : _____________________________________________    </w:t>
      </w:r>
    </w:p>
    <w:p/>
    <w:p>
      <w:r>
        <w:rPr>
          <w:b/>
          <w:sz w:val="20"/>
        </w:rPr>
        <w:t>COMPARECIENTES :</w:t>
      </w:r>
    </w:p>
    <w:p>
      <w:r>
        <w:rPr>
          <w:b w:val="0"/>
          <w:sz w:val="20"/>
        </w:rPr>
        <w:t>Don/Doña : 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/>
    <w:p>
      <w:r>
        <w:rPr>
          <w:b w:val="0"/>
          <w:sz w:val="20"/>
        </w:rPr>
        <w:t>Don/Doña : 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/>
    <w:p>
      <w:r>
        <w:rPr>
          <w:b/>
          <w:sz w:val="20"/>
        </w:rPr>
        <w:t>EXPONEN :</w:t>
      </w:r>
    </w:p>
    <w:p>
      <w:r>
        <w:rPr>
          <w:b w:val="0"/>
          <w:sz w:val="20"/>
        </w:rPr>
        <w:t>Que siendo vecinos y propietarios colindantes de los terrenos y fincas que se describen a continuación, desean llevar a cabo el deslinde y lindes correspondientes para evitar futuras controversias.</w:t>
      </w:r>
    </w:p>
    <w:p/>
    <w:p>
      <w:r>
        <w:rPr>
          <w:b/>
          <w:sz w:val="20"/>
        </w:rPr>
        <w:t>DESCRIPCIÓN DE LAS FINCAS :</w:t>
      </w:r>
    </w:p>
    <w:p>
      <w:r>
        <w:rPr>
          <w:b w:val="0"/>
          <w:sz w:val="20"/>
        </w:rPr>
        <w:t>Finca de Don/Doña _____________________________________________________</w:t>
      </w:r>
    </w:p>
    <w:p>
      <w:r>
        <w:rPr>
          <w:b w:val="0"/>
          <w:sz w:val="20"/>
        </w:rPr>
        <w:t>Descripción registral y ubicación : ______________________________________</w:t>
      </w:r>
    </w:p>
    <w:p>
      <w:r>
        <w:rPr>
          <w:b w:val="0"/>
          <w:sz w:val="20"/>
        </w:rPr>
        <w:t>Linderos : _____________________________________________________________</w:t>
      </w:r>
    </w:p>
    <w:p/>
    <w:p>
      <w:r>
        <w:rPr>
          <w:b w:val="0"/>
          <w:sz w:val="20"/>
        </w:rPr>
        <w:t>Finca de Don/Doña _____________________________________________________</w:t>
      </w:r>
    </w:p>
    <w:p>
      <w:r>
        <w:rPr>
          <w:b w:val="0"/>
          <w:sz w:val="20"/>
        </w:rPr>
        <w:t>Descripción registral y ubicación : ______________________________________</w:t>
      </w:r>
    </w:p>
    <w:p>
      <w:r>
        <w:rPr>
          <w:b w:val="0"/>
          <w:sz w:val="20"/>
        </w:rPr>
        <w:t>Linderos : _____________________________________________________________</w:t>
      </w:r>
    </w:p>
    <w:p/>
    <w:p>
      <w:r>
        <w:rPr>
          <w:b/>
          <w:sz w:val="20"/>
        </w:rPr>
        <w:t>ACUERDAN :</w:t>
      </w:r>
    </w:p>
    <w:p>
      <w:r>
        <w:rPr>
          <w:b w:val="0"/>
          <w:sz w:val="20"/>
        </w:rPr>
        <w:t>Primero.- Reconocer y aceptar mutuamente la delimitación y límites de sus respectivas fincas, conforme a lo detallado en este acta.</w:t>
      </w:r>
    </w:p>
    <w:p>
      <w:r>
        <w:rPr>
          <w:b w:val="0"/>
          <w:sz w:val="20"/>
        </w:rPr>
        <w:t>Segundo.- Que la línea divisoria queda establecida conforme a los puntos y referencias que se indican en este documento.</w:t>
      </w:r>
    </w:p>
    <w:p>
      <w:r>
        <w:rPr>
          <w:b w:val="0"/>
          <w:sz w:val="20"/>
        </w:rPr>
        <w:t>Tercero.- Que ambas partes se obligan a respetar los linderos aquí establecidos y a no realizar actos que puedan alterar dicha delimitación.</w:t>
      </w:r>
    </w:p>
    <w:p>
      <w:r>
        <w:rPr>
          <w:b w:val="0"/>
          <w:sz w:val="20"/>
        </w:rPr>
        <w:t>Cuarto.- Que en caso de controversia futura derivada de estos límites, ambas partes se someten expresamente a la jurisdicción de los tribunales de la localidad correspondiente.</w:t>
      </w:r>
    </w:p>
    <w:p/>
    <w:p>
      <w:r>
        <w:rPr>
          <w:b/>
          <w:sz w:val="20"/>
        </w:rPr>
        <w:t>DESCRIPCIÓN DEL DESLINDE :</w:t>
      </w:r>
    </w:p>
    <w:p>
      <w:r>
        <w:rPr>
          <w:b w:val="0"/>
          <w:sz w:val="20"/>
        </w:rPr>
        <w:t>El deslinde se realiza conforme a las siguientes referencias, mojones, hitos, y puntos de apoyo que ambas partes reconocen y aceptan: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DECLARACIONES Y COMPROMISOS :</w:t>
      </w:r>
    </w:p>
    <w:p>
      <w:r>
        <w:rPr>
          <w:b w:val="0"/>
          <w:sz w:val="20"/>
        </w:rPr>
        <w:t>Ambas partes declaran que el presente acta refleja fielmente su voluntad y que han leído y comprendido su contenido.</w:t>
      </w:r>
    </w:p>
    <w:p>
      <w:r>
        <w:rPr>
          <w:b w:val="0"/>
          <w:sz w:val="20"/>
        </w:rPr>
        <w:t>Asimismo, se comprometen a realizar los trámites que sean necesarios para su inscripción en el Registro de la Propiedad o en cualquier otro registro que corresponda.</w:t>
      </w:r>
    </w:p>
    <w:p/>
    <w:p/>
    <w:p>
      <w:r>
        <w:rPr>
          <w:b w:val="0"/>
          <w:sz w:val="20"/>
        </w:rPr>
        <w:t>Lugar y fecha de la firma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COMPARECIENTE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COMPARECIENTE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https://lex-inmobiliario.com/modelo-acta-de-deslinde-entre-particulares/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acta-de-deslinde-entre-particulare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