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CONTRATO DE RESERVA DE INMUEBLE</w:t>
      </w:r>
    </w:p>
    <w:p/>
    <w:p>
      <w:r>
        <w:rPr>
          <w:b w:val="0"/>
          <w:sz w:val="20"/>
        </w:rPr>
        <w:t>Lugar : ____________________________</w:t>
      </w:r>
    </w:p>
    <w:p/>
    <w:p>
      <w:r>
        <w:rPr>
          <w:b/>
          <w:sz w:val="20"/>
        </w:rPr>
        <w:t>Datos del Reservante :</w:t>
      </w:r>
    </w:p>
    <w:p>
      <w:r>
        <w:rPr>
          <w:b w:val="0"/>
          <w:sz w:val="20"/>
        </w:rPr>
        <w:t>Nombre y Apellidos : ___________________________________________________</w:t>
      </w:r>
    </w:p>
    <w:p>
      <w:r>
        <w:rPr>
          <w:b w:val="0"/>
          <w:sz w:val="20"/>
        </w:rPr>
        <w:t>DNI/NIE : _______________________________________________________________</w:t>
      </w:r>
    </w:p>
    <w:p>
      <w:r>
        <w:rPr>
          <w:b w:val="0"/>
          <w:sz w:val="20"/>
        </w:rPr>
        <w:t>Dirección : _____________________________________________________________</w:t>
      </w:r>
    </w:p>
    <w:p>
      <w:r>
        <w:rPr>
          <w:b w:val="0"/>
          <w:sz w:val="20"/>
        </w:rPr>
        <w:t>Teléfono : ______________________________________________________________</w:t>
      </w:r>
    </w:p>
    <w:p/>
    <w:p>
      <w:r>
        <w:rPr>
          <w:b/>
          <w:sz w:val="20"/>
        </w:rPr>
        <w:t>Datos del Promotor/Vendedor :</w:t>
      </w:r>
    </w:p>
    <w:p>
      <w:r>
        <w:rPr>
          <w:b w:val="0"/>
          <w:sz w:val="20"/>
        </w:rPr>
        <w:t>Nombre o Razón Social : _________________________________________________</w:t>
      </w:r>
    </w:p>
    <w:p>
      <w:r>
        <w:rPr>
          <w:b w:val="0"/>
          <w:sz w:val="20"/>
        </w:rPr>
        <w:t>CIF/NIF : _______________________________________________________________</w:t>
      </w:r>
    </w:p>
    <w:p>
      <w:r>
        <w:rPr>
          <w:b w:val="0"/>
          <w:sz w:val="20"/>
        </w:rPr>
        <w:t>Dirección : _____________________________________________________________</w:t>
      </w:r>
    </w:p>
    <w:p>
      <w:r>
        <w:rPr>
          <w:b w:val="0"/>
          <w:sz w:val="20"/>
        </w:rPr>
        <w:t>Teléfono : ______________________________________________________________</w:t>
      </w:r>
    </w:p>
    <w:p/>
    <w:p>
      <w:r>
        <w:rPr>
          <w:b/>
          <w:sz w:val="20"/>
        </w:rPr>
        <w:t>Descripción del Inmueble :</w:t>
      </w:r>
    </w:p>
    <w:p>
      <w:r>
        <w:rPr>
          <w:b w:val="0"/>
          <w:sz w:val="20"/>
        </w:rPr>
        <w:t>Tipo de inmueble : ______________________________________________________</w:t>
      </w:r>
    </w:p>
    <w:p>
      <w:r>
        <w:rPr>
          <w:b w:val="0"/>
          <w:sz w:val="20"/>
        </w:rPr>
        <w:t>Dirección : _____________________________________________________________</w:t>
      </w:r>
    </w:p>
    <w:p>
      <w:r>
        <w:rPr>
          <w:b w:val="0"/>
          <w:sz w:val="20"/>
        </w:rPr>
        <w:t>Referencia catastral : __________________________________________________</w:t>
      </w:r>
    </w:p>
    <w:p>
      <w:r>
        <w:rPr>
          <w:b w:val="0"/>
          <w:sz w:val="20"/>
        </w:rPr>
        <w:t>Superficie construida : _______________ m²</w:t>
      </w:r>
    </w:p>
    <w:p>
      <w:r>
        <w:rPr>
          <w:b w:val="0"/>
          <w:sz w:val="20"/>
        </w:rPr>
        <w:t>Características relevantes : ____________________________________________</w:t>
      </w:r>
    </w:p>
    <w:p/>
    <w:p>
      <w:r>
        <w:rPr>
          <w:b/>
          <w:sz w:val="20"/>
        </w:rPr>
        <w:t>Precio y Condiciones de la Reserva :</w:t>
      </w:r>
    </w:p>
    <w:p>
      <w:r>
        <w:rPr>
          <w:b w:val="0"/>
          <w:sz w:val="20"/>
        </w:rPr>
        <w:t>Precio total de venta : _________________ EUR</w:t>
      </w:r>
    </w:p>
    <w:p>
      <w:r>
        <w:rPr>
          <w:b w:val="0"/>
          <w:sz w:val="20"/>
        </w:rPr>
        <w:t>Cantidad entregada en concepto de reserva : _________________ EUR</w:t>
      </w:r>
    </w:p>
    <w:p>
      <w:r>
        <w:rPr>
          <w:b w:val="0"/>
          <w:sz w:val="20"/>
        </w:rPr>
        <w:t>Forma y condiciones de pago restantes : _______________________________</w:t>
      </w:r>
    </w:p>
    <w:p/>
    <w:p>
      <w:r>
        <w:rPr>
          <w:b/>
          <w:sz w:val="20"/>
        </w:rPr>
        <w:t>Cláusula 1 – Objeto del contrato</w:t>
      </w:r>
    </w:p>
    <w:p>
      <w:r>
        <w:rPr>
          <w:b w:val="0"/>
          <w:sz w:val="20"/>
        </w:rPr>
        <w:t>El Reservante manifiesta su interés en reservar el inmueble descrito, comprometiéndose a formalizar la compraventa en el plazo y condiciones pactadas. El Promotor/Vendedor acepta reservar el inmueble exclusivamente para el Reservante, comprometiéndose a no disponer del mismo a favor de terceros durante el periodo de reserva.</w:t>
      </w:r>
    </w:p>
    <w:p/>
    <w:p>
      <w:r>
        <w:rPr>
          <w:b/>
          <w:sz w:val="20"/>
        </w:rPr>
        <w:t>Cláusula 2 – Duración de la reserva</w:t>
      </w:r>
    </w:p>
    <w:p>
      <w:r>
        <w:rPr>
          <w:b w:val="0"/>
          <w:sz w:val="20"/>
        </w:rPr>
        <w:t>El presente contrato tiene una duración máxima de __________ días naturales a contar desde la firma del mismo. Transcurrido este plazo sin formalización de la compraventa, el Promotor/Vendedor podrá disponer libremente del inmueble, y la reserva quedará automáticamente extinguida.</w:t>
      </w:r>
    </w:p>
    <w:p/>
    <w:p>
      <w:r>
        <w:rPr>
          <w:b/>
          <w:sz w:val="20"/>
        </w:rPr>
        <w:t>Cláusula 3 – Importe de la reserva y su naturaleza</w:t>
      </w:r>
    </w:p>
    <w:p>
      <w:r>
        <w:rPr>
          <w:b w:val="0"/>
          <w:sz w:val="20"/>
        </w:rPr>
        <w:t>La cantidad entregada en concepto de reserva se imputará al precio total de compraventa. Si la compraventa no se formaliza por causa imputable al Reservante, dicha cantidad quedará en beneficio del Promotor/Vendedor como indemnización. Si la compraventa no se formaliza por causa imputable al Promotor/Vendedor, la cantidad entregada será devuelta íntegramente al Reservante.</w:t>
      </w:r>
    </w:p>
    <w:p/>
    <w:p>
      <w:r>
        <w:rPr>
          <w:b/>
          <w:sz w:val="20"/>
        </w:rPr>
        <w:t>Cláusula 4 – Obligaciones y condiciones</w:t>
      </w:r>
    </w:p>
    <w:p>
      <w:r>
        <w:rPr>
          <w:b w:val="0"/>
          <w:sz w:val="20"/>
        </w:rPr>
        <w:t>El Reservante se obliga a realizar las gestiones necesarias para la formalización del contrato de compraventa en el plazo establecido, aportando la documentación requerida. El Promotor/Vendedor se compromete a facilitar toda la información relevante sobre el inmueble y a no ofrecerlo a terceros durante el periodo de reserva.</w:t>
      </w:r>
    </w:p>
    <w:p/>
    <w:p>
      <w:r>
        <w:rPr>
          <w:b/>
          <w:sz w:val="20"/>
        </w:rPr>
        <w:t>Cláusula 5 – Gastos y tributos</w:t>
      </w:r>
    </w:p>
    <w:p>
      <w:r>
        <w:rPr>
          <w:b w:val="0"/>
          <w:sz w:val="20"/>
        </w:rPr>
        <w:t>Los gastos derivados de la formalización del contrato de compraventa, así como los tributos que legalmente correspondan, serán asumidos conforme a la legislación vigente y a lo pactado expresamente por las partes en el contrato definitivo.</w:t>
      </w:r>
    </w:p>
    <w:p/>
    <w:p>
      <w:r>
        <w:rPr>
          <w:b/>
          <w:sz w:val="20"/>
        </w:rPr>
        <w:t>Cláusula 6 – Legislación aplicable y jurisdicción</w:t>
      </w:r>
    </w:p>
    <w:p>
      <w:r>
        <w:rPr>
          <w:b w:val="0"/>
          <w:sz w:val="20"/>
        </w:rPr>
        <w:t>El presente contrato se regirá por la legislación española. Para la resolución de cualquier controversia derivada del mismo, las partes se someten expresamente a la jurisdicción de los Juzgados y Tribunales del domicilio del inmueble objeto de reserva.</w:t>
      </w:r>
    </w:p>
    <w:p/>
    <w:p/>
    <w:p>
      <w:r>
        <w:rPr>
          <w:b w:val="0"/>
          <w:sz w:val="20"/>
        </w:rPr>
        <w:t>Lugar para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RESERVANTE</w:t>
            </w:r>
          </w:p>
        </w:tc>
        <w:tc>
          <w:tcPr>
            <w:tcW w:type="dxa" w:w="4986"/>
            <w:tcBorders>
              <w:top w:val="nil"/>
              <w:left w:val="nil"/>
              <w:bottom w:val="nil"/>
              <w:right w:val="nil"/>
              <w:insideH w:val="nil"/>
              <w:insideV w:val="nil"/>
            </w:tcBorders>
          </w:tcPr>
          <w:p>
            <w:pPr>
              <w:jc w:val="center"/>
            </w:pPr>
            <w:r>
              <w:t>PROMOTOR / VENDEDOR</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https://lex-inmobiliario.com/contrato-de-reserva-de-inmueble-modelo/</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https://lex-inmobiliario.com</w:t>
        </w:r>
      </w:hyperlink>
    </w:p>
    <w:p>
      <w:pPr>
        <w:jc w:val="center"/>
      </w:pPr>
      <w:r>
        <w:rPr>
          <w:color w:val="808080"/>
          <w:sz w:val="20"/>
        </w:rPr>
        <w:t>Esta plantilla está destinada exclusivamente para uso personal y no comercial.</w:t>
        <w:br/>
        <w:t>En caso de distribución o publicación, es obligatorio mencionar la fuente. © lex-inmobiliario.com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inmobiliario.com/contrato-de-reserva-de-inmueble-modelo/" TargetMode="External"/><Relationship Id="rId10" Type="http://schemas.openxmlformats.org/officeDocument/2006/relationships/hyperlink" Target="https://lex-inmobiliar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