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CERTIFICADO DE COORDENADAS GEOREFERENCIADAS</w:t>
      </w:r>
    </w:p>
    <w:p/>
    <w:p>
      <w:r>
        <w:rPr>
          <w:b w:val="0"/>
          <w:sz w:val="20"/>
        </w:rPr>
        <w:t>En cumplimiento de la normativa vigente y a efectos de su inscripción registral, se certifica que las coordenadas georreferenciadas del bien inmueble objeto del presente documento se ajustan a lo previsto en la Ley de Catastro Inmobiliario y demás disposiciones aplicables.</w:t>
      </w:r>
    </w:p>
    <w:p/>
    <w:p/>
    <w:p>
      <w:r>
        <w:rPr>
          <w:b/>
          <w:sz w:val="20"/>
        </w:rPr>
        <w:t>Datos del Inmueble :</w:t>
      </w:r>
    </w:p>
    <w:p>
      <w:r>
        <w:rPr>
          <w:b w:val="0"/>
          <w:sz w:val="20"/>
        </w:rPr>
        <w:t>Referencia Catastral : ______________________________________________</w:t>
      </w:r>
    </w:p>
    <w:p>
      <w:r>
        <w:rPr>
          <w:b w:val="0"/>
          <w:sz w:val="20"/>
        </w:rPr>
        <w:t>Ubicación : _________________________________________________________</w:t>
      </w:r>
    </w:p>
    <w:p>
      <w:r>
        <w:rPr>
          <w:b w:val="0"/>
          <w:sz w:val="20"/>
        </w:rPr>
        <w:t>Descripción : _______________________________________________________</w:t>
      </w:r>
    </w:p>
    <w:p/>
    <w:p>
      <w:r>
        <w:rPr>
          <w:b/>
          <w:sz w:val="20"/>
        </w:rPr>
        <w:t>Datos del Propietario :</w:t>
      </w:r>
    </w:p>
    <w:p>
      <w:r>
        <w:rPr>
          <w:b w:val="0"/>
          <w:sz w:val="20"/>
        </w:rPr>
        <w:t>Nombre y Apellidos : ________________________________________________</w:t>
      </w:r>
    </w:p>
    <w:p>
      <w:r>
        <w:rPr>
          <w:b w:val="0"/>
          <w:sz w:val="20"/>
        </w:rPr>
        <w:t>DNI / NIE / CIF : ____________________________________________________</w:t>
      </w:r>
    </w:p>
    <w:p>
      <w:r>
        <w:rPr>
          <w:b w:val="0"/>
          <w:sz w:val="20"/>
        </w:rPr>
        <w:t>Dirección : 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</w:t>
      </w:r>
    </w:p>
    <w:p/>
    <w:p>
      <w:r>
        <w:rPr>
          <w:b/>
          <w:sz w:val="20"/>
        </w:rPr>
        <w:t>Coordenadas Georreferenciadas :</w:t>
      </w:r>
    </w:p>
    <w:p>
      <w:r>
        <w:rPr>
          <w:b w:val="0"/>
          <w:sz w:val="20"/>
        </w:rPr>
        <w:t>Punto 1 - Latitud : _______________________  Longitud : _______________________</w:t>
      </w:r>
    </w:p>
    <w:p>
      <w:r>
        <w:rPr>
          <w:b w:val="0"/>
          <w:sz w:val="20"/>
        </w:rPr>
        <w:t>Punto 2 - Latitud : _______________________  Longitud : _______________________</w:t>
      </w:r>
    </w:p>
    <w:p>
      <w:r>
        <w:rPr>
          <w:b w:val="0"/>
          <w:sz w:val="20"/>
        </w:rPr>
        <w:t>Punto 3 - Latitud : _______________________  Longitud : _______________________</w:t>
      </w:r>
    </w:p>
    <w:p>
      <w:r>
        <w:rPr>
          <w:b w:val="0"/>
          <w:sz w:val="20"/>
        </w:rPr>
        <w:t>Punto 4 - Latitud : _______________________  Longitud : _______________________</w:t>
      </w:r>
    </w:p>
    <w:p>
      <w:r>
        <w:rPr>
          <w:b w:val="0"/>
          <w:sz w:val="20"/>
        </w:rPr>
        <w:t>Observaciones : ______________________________________________________</w:t>
      </w:r>
    </w:p>
    <w:p/>
    <w:p>
      <w:r>
        <w:rPr>
          <w:b/>
          <w:sz w:val="20"/>
        </w:rPr>
        <w:t>Declaración y Certificación :</w:t>
      </w:r>
    </w:p>
    <w:p>
      <w:r>
        <w:rPr>
          <w:b w:val="0"/>
          <w:sz w:val="20"/>
        </w:rPr>
        <w:t>El abajo firmante, profesional competente y colegiado, certifica que las coordenadas georreferenciadas arriba indicadas corresponden fielmente al perímetro real del inmueble descrito, y que han sido obtenidas conforme a los procedimientos técnicos establecidos por la legislación vigente.</w:t>
      </w:r>
    </w:p>
    <w:p/>
    <w:p>
      <w:r>
        <w:rPr>
          <w:b w:val="0"/>
          <w:sz w:val="20"/>
        </w:rPr>
        <w:t>Este certificado se expide a efectos de su presentación ante los organismos competentes y para su incorporación en la documentación registral y catastral correspondiente, sin que implique transmisión de derechos ni modificaciones en la titularidad del inmueble.</w:t>
      </w:r>
    </w:p>
    <w:p/>
    <w:p/>
    <w:p>
      <w:r>
        <w:rPr>
          <w:b w:val="0"/>
          <w:sz w:val="20"/>
        </w:rPr>
        <w:t>Lugar de expedición : ________________________________________________</w:t>
      </w:r>
    </w:p>
    <w:p>
      <w:r>
        <w:rPr>
          <w:b w:val="0"/>
          <w:sz w:val="20"/>
        </w:rPr>
        <w:t>Firma y Sello del Técnico : 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TÉCNICO RESPONSABLE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PROPIETARIO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https://lex-inmobiliario.com/certificado-coordenadas-georreferenciadas/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certificado-coordenadas-georreferenciadas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