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CARTA DE AVAL PARA CONTRATO DE ARRENDAMIENTO</w:t>
      </w:r>
    </w:p>
    <w:p/>
    <w:p>
      <w:r>
        <w:rPr>
          <w:b/>
          <w:sz w:val="20"/>
        </w:rPr>
        <w:t>Datos del Avalista :</w:t>
      </w:r>
    </w:p>
    <w:p>
      <w:r>
        <w:rPr>
          <w:b w:val="0"/>
          <w:sz w:val="20"/>
        </w:rPr>
        <w:t>Nombre y Apellidos : ___________________________________________________</w:t>
      </w:r>
    </w:p>
    <w:p>
      <w:r>
        <w:rPr>
          <w:b w:val="0"/>
          <w:sz w:val="20"/>
        </w:rPr>
        <w:t>DNI/NIE : ______________________________________________________________</w:t>
      </w:r>
    </w:p>
    <w:p>
      <w:r>
        <w:rPr>
          <w:b w:val="0"/>
          <w:sz w:val="20"/>
        </w:rPr>
        <w:t>Dirección : ____________________________________________________________</w:t>
      </w:r>
    </w:p>
    <w:p>
      <w:r>
        <w:rPr>
          <w:b w:val="0"/>
          <w:sz w:val="20"/>
        </w:rPr>
        <w:t>Teléfono : _____________________________________________________________</w:t>
      </w:r>
    </w:p>
    <w:p/>
    <w:p>
      <w:r>
        <w:rPr>
          <w:b/>
          <w:sz w:val="20"/>
        </w:rPr>
        <w:t>Datos del Arrendatario :</w:t>
      </w:r>
    </w:p>
    <w:p>
      <w:r>
        <w:rPr>
          <w:b w:val="0"/>
          <w:sz w:val="20"/>
        </w:rPr>
        <w:t>Nombre y Apellidos : ___________________________________________________</w:t>
      </w:r>
    </w:p>
    <w:p>
      <w:r>
        <w:rPr>
          <w:b w:val="0"/>
          <w:sz w:val="20"/>
        </w:rPr>
        <w:t>DNI/NIE : ______________________________________________________________</w:t>
      </w:r>
    </w:p>
    <w:p>
      <w:r>
        <w:rPr>
          <w:b w:val="0"/>
          <w:sz w:val="20"/>
        </w:rPr>
        <w:t>Dirección : ____________________________________________________________</w:t>
      </w:r>
    </w:p>
    <w:p>
      <w:r>
        <w:rPr>
          <w:b w:val="0"/>
          <w:sz w:val="20"/>
        </w:rPr>
        <w:t>Teléfono : _____________________________________________________________</w:t>
      </w:r>
    </w:p>
    <w:p/>
    <w:p>
      <w:r>
        <w:rPr>
          <w:b/>
          <w:sz w:val="20"/>
        </w:rPr>
        <w:t>Datos del Arrendador :</w:t>
      </w:r>
    </w:p>
    <w:p>
      <w:r>
        <w:rPr>
          <w:b w:val="0"/>
          <w:sz w:val="20"/>
        </w:rPr>
        <w:t>Nombre y Apellidos / Razón Social : _____________________________________</w:t>
      </w:r>
    </w:p>
    <w:p>
      <w:r>
        <w:rPr>
          <w:b w:val="0"/>
          <w:sz w:val="20"/>
        </w:rPr>
        <w:t>NIF/CIF : _______________________________________________________________</w:t>
      </w:r>
    </w:p>
    <w:p>
      <w:r>
        <w:rPr>
          <w:b w:val="0"/>
          <w:sz w:val="20"/>
        </w:rPr>
        <w:t>Dirección : ____________________________________________________________</w:t>
      </w:r>
    </w:p>
    <w:p>
      <w:r>
        <w:rPr>
          <w:b w:val="0"/>
          <w:sz w:val="20"/>
        </w:rPr>
        <w:t>Teléfono : _____________________________________________________________</w:t>
      </w:r>
    </w:p>
    <w:p/>
    <w:p>
      <w:r>
        <w:rPr>
          <w:b/>
          <w:sz w:val="20"/>
        </w:rPr>
        <w:t>Datos del Contrato de Arrendamiento :</w:t>
      </w:r>
    </w:p>
    <w:p>
      <w:r>
        <w:rPr>
          <w:b w:val="0"/>
          <w:sz w:val="20"/>
        </w:rPr>
        <w:t>Inmueble objeto del arrendamiento : _____________________________________</w:t>
      </w:r>
    </w:p>
    <w:p>
      <w:r>
        <w:rPr>
          <w:b w:val="0"/>
          <w:sz w:val="20"/>
        </w:rPr>
        <w:t>Duración del contrato : __________________________________________________</w:t>
      </w:r>
    </w:p>
    <w:p>
      <w:r>
        <w:rPr>
          <w:b w:val="0"/>
          <w:sz w:val="20"/>
        </w:rPr>
        <w:t>Renta mensual : _______________ EUR</w:t>
      </w:r>
    </w:p>
    <w:p>
      <w:r>
        <w:rPr>
          <w:b w:val="0"/>
          <w:sz w:val="20"/>
        </w:rPr>
        <w:t>Forma y lugar de pago : _________________________________________________</w:t>
      </w:r>
    </w:p>
    <w:p/>
    <w:p>
      <w:r>
        <w:rPr>
          <w:b/>
          <w:sz w:val="20"/>
        </w:rPr>
        <w:t>DECLARACIÓN Y AVAL</w:t>
      </w:r>
    </w:p>
    <w:p>
      <w:r>
        <w:rPr>
          <w:b w:val="0"/>
          <w:sz w:val="20"/>
        </w:rPr>
        <w:t>Yo, el/la abajo firmante, en calidad de avalista, declaro obligarme solidariamente en favor del arrendador para responder del cumplimiento de todas las obligaciones derivadas del contrato de arrendamiento antes referido, incluyendo el pago de rentas, gastos, intereses y cualquier otra cantidad adeudada por el arrendatario durante la vigencia del contrato y sus posibles prórrogas. Esta obligación de aval se extiende a cualquier reclamación judicial y extrajudicial que se derive del incumplimiento del arrendatario.</w:t>
      </w:r>
    </w:p>
    <w:p/>
    <w:p>
      <w:r>
        <w:rPr>
          <w:b w:val="0"/>
          <w:sz w:val="20"/>
        </w:rPr>
        <w:t>El avalista renuncia expresamente a los beneficios de orden, excusión y división, así como a cualesquiera otros derechos que pudieran limitar su responsabilidad, siendo plenamente conocedor/a de la naturaleza y alcance de la presente garantía.</w:t>
      </w:r>
    </w:p>
    <w:p/>
    <w:p>
      <w:r>
        <w:rPr>
          <w:b w:val="0"/>
          <w:sz w:val="20"/>
        </w:rPr>
        <w:t>El presente aval se otorga para responder de todas las obligaciones contraídas por el arrendatario ante el arrendador, y tendrá vigencia durante toda la duración del contrato de arrendamiento y sus prórrogas, así como hasta el completo cumplimiento de las obligaciones garantizadas.</w:t>
      </w:r>
    </w:p>
    <w:p/>
    <w:p/>
    <w:p>
      <w:r>
        <w:rPr>
          <w:b w:val="0"/>
          <w:sz w:val="20"/>
        </w:rPr>
        <w:t>Lugar de firma : _____________________________________________</w:t>
      </w:r>
    </w:p>
    <w:p>
      <w:r>
        <w:rPr>
          <w:b w:val="0"/>
          <w:sz w:val="20"/>
        </w:rPr>
        <w:t>Fecha de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AVALISTA</w:t>
            </w:r>
          </w:p>
        </w:tc>
        <w:tc>
          <w:tcPr>
            <w:tcW w:type="dxa" w:w="4986"/>
            <w:tcBorders>
              <w:top w:val="nil"/>
              <w:left w:val="nil"/>
              <w:bottom w:val="nil"/>
              <w:right w:val="nil"/>
              <w:insideH w:val="nil"/>
              <w:insideV w:val="nil"/>
            </w:tcBorders>
          </w:tcPr>
          <w:p>
            <w:pPr>
              <w:jc w:val="center"/>
            </w:pPr>
            <w:r>
              <w:t>ARRRENDADOR</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https://lex-inmobiliario.com/carta-de-aval-para-renta/</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https://lex-inmobiliario.com</w:t>
        </w:r>
      </w:hyperlink>
    </w:p>
    <w:p>
      <w:pPr>
        <w:jc w:val="center"/>
      </w:pPr>
      <w:r>
        <w:rPr>
          <w:color w:val="808080"/>
          <w:sz w:val="20"/>
        </w:rPr>
        <w:t>Esta plantilla está destinada exclusivamente para uso personal y no comercial.</w:t>
        <w:br/>
        <w:t>En caso de distribución o publicación, es obligatorio mencionar la fuente. © lex-inmobiliario.com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inmobiliario.com/carta-de-aval-para-renta/" TargetMode="External"/><Relationship Id="rId10" Type="http://schemas.openxmlformats.org/officeDocument/2006/relationships/hyperlink" Target="https://lex-inmobiliar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